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3D928" w14:textId="77777777" w:rsidR="00CB6142" w:rsidRDefault="00000000">
      <w:pPr>
        <w:jc w:val="right"/>
      </w:pPr>
      <w:r>
        <w:rPr>
          <w:b/>
        </w:rPr>
        <w:t>Załącznik nr 3 do SWKO</w:t>
      </w:r>
    </w:p>
    <w:p w14:paraId="2A5EBA8F" w14:textId="77777777" w:rsidR="00CB6142" w:rsidRDefault="00000000">
      <w:pPr>
        <w:jc w:val="right"/>
      </w:pPr>
      <w:r>
        <w:rPr>
          <w:b/>
        </w:rPr>
        <w:t>Znak sprawy: ……………………</w:t>
      </w:r>
    </w:p>
    <w:p w14:paraId="0F27D06D" w14:textId="77777777" w:rsidR="00CB6142" w:rsidRDefault="00000000">
      <w:pPr>
        <w:pStyle w:val="Tytu"/>
        <w:jc w:val="center"/>
      </w:pPr>
      <w:r>
        <w:t>Wykaz doświadczenia zawodowego</w:t>
      </w:r>
    </w:p>
    <w:p w14:paraId="05739C39" w14:textId="77777777" w:rsidR="00CB6142" w:rsidRDefault="00000000">
      <w:pPr>
        <w:spacing w:after="200"/>
        <w:jc w:val="center"/>
      </w:pPr>
      <w:r>
        <w:rPr>
          <w:b/>
          <w:sz w:val="20"/>
        </w:rPr>
        <w:t>Konkurs na udzielanie świadczeń zdrowotnych w Bloku Operacyjnym wraz z wykonywaniem obowiązków Kierownika Bloku Operacyjnego i Centralnej Sterylizatorni</w:t>
      </w:r>
    </w:p>
    <w:p w14:paraId="3F3CFA25" w14:textId="77777777" w:rsidR="00CB6142" w:rsidRDefault="00000000">
      <w:pPr>
        <w:spacing w:after="60"/>
      </w:pPr>
      <w:r>
        <w:rPr>
          <w:b/>
        </w:rPr>
        <w:t xml:space="preserve">Imię i nazwisko Oferenta: </w:t>
      </w:r>
      <w:r>
        <w:t>................................................................................................................</w:t>
      </w:r>
    </w:p>
    <w:p w14:paraId="21552334" w14:textId="77777777" w:rsidR="00CB6142" w:rsidRDefault="00000000">
      <w:pPr>
        <w:spacing w:after="60"/>
      </w:pPr>
      <w:r>
        <w:rPr>
          <w:b/>
        </w:rPr>
        <w:t xml:space="preserve">Nazwa działalności lub praktyki zawodowej: </w:t>
      </w:r>
      <w:r>
        <w:t>................................................................................................................</w:t>
      </w:r>
    </w:p>
    <w:p w14:paraId="5A34397C" w14:textId="77777777" w:rsidR="00CB6142" w:rsidRDefault="00000000">
      <w:pPr>
        <w:spacing w:after="60"/>
      </w:pPr>
      <w:r>
        <w:rPr>
          <w:b/>
        </w:rPr>
        <w:t xml:space="preserve">Adres: </w:t>
      </w:r>
      <w:r>
        <w:t>................................................................................................................</w:t>
      </w:r>
    </w:p>
    <w:p w14:paraId="208E41B6" w14:textId="77777777" w:rsidR="00CB6142" w:rsidRDefault="00000000">
      <w:pPr>
        <w:spacing w:before="100" w:after="120"/>
      </w:pPr>
      <w:r>
        <w:t>Wykaz należy wypełnić odrębnie dla każdego rodzaju doświadczenia. Do wykazu należy dołączyć dokumenty potwierdzające rodzaj, okres i miejsce wykonywania wskazanych świadczeń lub obowiązków. Okres doświadczenia wykazuje się w pełnych miesiącach.</w:t>
      </w:r>
    </w:p>
    <w:p w14:paraId="0C7B99AB" w14:textId="77777777" w:rsidR="00CB6142" w:rsidRDefault="00000000">
      <w:pPr>
        <w:pStyle w:val="Nagwek1"/>
      </w:pPr>
      <w:r>
        <w:t>A. Doświadczenie w Bloku Operacyjnym</w:t>
      </w:r>
    </w:p>
    <w:p w14:paraId="7CC2F196" w14:textId="77777777" w:rsidR="00CB6142" w:rsidRDefault="00000000">
      <w:pPr>
        <w:keepNext/>
        <w:spacing w:after="100"/>
      </w:pPr>
      <w:r>
        <w:t>Należy wykazać osobiste wykonywanie świadczeń pielęgniarskich w Bloku Operacyjnym. Minimalny warunek udziału: 2 lata. Punktacja: od 2 do poniżej 5 lat – 0 pkt; od 5 do poniżej 10 lat – 10 pkt; 10 lat i więcej – 20 pkt.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721"/>
        <w:gridCol w:w="4762"/>
        <w:gridCol w:w="1814"/>
        <w:gridCol w:w="1361"/>
        <w:gridCol w:w="2948"/>
      </w:tblGrid>
      <w:tr w:rsidR="00CB6142" w14:paraId="37A0776F" w14:textId="77777777">
        <w:trPr>
          <w:tblHeader/>
          <w:jc w:val="center"/>
        </w:trPr>
        <w:tc>
          <w:tcPr>
            <w:tcW w:w="56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DBAF7BC" w14:textId="77777777" w:rsidR="00CB614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Lp.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8BEC508" w14:textId="77777777" w:rsidR="00CB614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Nazwa i adres podmiotu</w:t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999A6A9" w14:textId="77777777" w:rsidR="00CB614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Komórka organizacyjna i zakres wykonywanych czynności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69B8AAC" w14:textId="77777777" w:rsidR="00CB614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Okres od–do</w:t>
            </w:r>
            <w:r>
              <w:rPr>
                <w:b/>
                <w:color w:val="FFFFFF"/>
                <w:sz w:val="16"/>
              </w:rPr>
              <w:br/>
              <w:t>(dd.mm.rrrr)</w:t>
            </w:r>
          </w:p>
        </w:tc>
        <w:tc>
          <w:tcPr>
            <w:tcW w:w="13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823A3E6" w14:textId="77777777" w:rsidR="00CB614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Łącznie</w:t>
            </w:r>
            <w:r>
              <w:rPr>
                <w:b/>
                <w:color w:val="FFFFFF"/>
                <w:sz w:val="16"/>
              </w:rPr>
              <w:br/>
              <w:t>pełnych miesięcy</w:t>
            </w:r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A53B055" w14:textId="77777777" w:rsidR="00CB614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Dokument potwierdzający doświadczenie</w:t>
            </w:r>
          </w:p>
        </w:tc>
      </w:tr>
      <w:tr w:rsidR="00CB6142" w14:paraId="7730362F" w14:textId="77777777">
        <w:trPr>
          <w:jc w:val="center"/>
        </w:trPr>
        <w:tc>
          <w:tcPr>
            <w:tcW w:w="56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212ACE6" w14:textId="77777777" w:rsidR="00CB6142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17FC9A6" w14:textId="77777777" w:rsidR="00CB6142" w:rsidRDefault="00000000">
            <w:r>
              <w:br/>
            </w:r>
            <w:r>
              <w:br/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E67B3D4" w14:textId="77777777" w:rsidR="00CB6142" w:rsidRDefault="00CB6142"/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B6AB3A4" w14:textId="77777777" w:rsidR="00CB6142" w:rsidRDefault="00CB6142">
            <w:pPr>
              <w:jc w:val="center"/>
            </w:pPr>
          </w:p>
        </w:tc>
        <w:tc>
          <w:tcPr>
            <w:tcW w:w="13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77A7C6F" w14:textId="77777777" w:rsidR="00CB6142" w:rsidRDefault="00CB6142">
            <w:pPr>
              <w:jc w:val="center"/>
            </w:pPr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10490B5" w14:textId="77777777" w:rsidR="00CB6142" w:rsidRDefault="00CB6142"/>
        </w:tc>
      </w:tr>
      <w:tr w:rsidR="00CB6142" w14:paraId="03266EB4" w14:textId="77777777">
        <w:trPr>
          <w:jc w:val="center"/>
        </w:trPr>
        <w:tc>
          <w:tcPr>
            <w:tcW w:w="56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F9B9F64" w14:textId="77777777" w:rsidR="00CB6142" w:rsidRDefault="00000000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03E6B9C" w14:textId="77777777" w:rsidR="00CB6142" w:rsidRDefault="00000000">
            <w:r>
              <w:br/>
            </w:r>
            <w:r>
              <w:br/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5B326EC" w14:textId="77777777" w:rsidR="00CB6142" w:rsidRDefault="00CB6142"/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4E9111D" w14:textId="77777777" w:rsidR="00CB6142" w:rsidRDefault="00CB6142">
            <w:pPr>
              <w:jc w:val="center"/>
            </w:pPr>
          </w:p>
        </w:tc>
        <w:tc>
          <w:tcPr>
            <w:tcW w:w="13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C425629" w14:textId="77777777" w:rsidR="00CB6142" w:rsidRDefault="00CB6142">
            <w:pPr>
              <w:jc w:val="center"/>
            </w:pPr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7F02774" w14:textId="77777777" w:rsidR="00CB6142" w:rsidRDefault="00CB6142"/>
        </w:tc>
      </w:tr>
      <w:tr w:rsidR="00CB6142" w14:paraId="532FC5BA" w14:textId="77777777">
        <w:trPr>
          <w:jc w:val="center"/>
        </w:trPr>
        <w:tc>
          <w:tcPr>
            <w:tcW w:w="56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4718F88" w14:textId="77777777" w:rsidR="00CB6142" w:rsidRDefault="00000000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39C51B0" w14:textId="77777777" w:rsidR="00CB6142" w:rsidRDefault="00000000">
            <w:r>
              <w:br/>
            </w:r>
            <w:r>
              <w:br/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EF6B277" w14:textId="77777777" w:rsidR="00CB6142" w:rsidRDefault="00CB6142"/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9295DCA" w14:textId="77777777" w:rsidR="00CB6142" w:rsidRDefault="00CB6142">
            <w:pPr>
              <w:jc w:val="center"/>
            </w:pPr>
          </w:p>
        </w:tc>
        <w:tc>
          <w:tcPr>
            <w:tcW w:w="13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2FFF111" w14:textId="77777777" w:rsidR="00CB6142" w:rsidRDefault="00CB6142">
            <w:pPr>
              <w:jc w:val="center"/>
            </w:pPr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FCFD51F" w14:textId="77777777" w:rsidR="00CB6142" w:rsidRDefault="00CB6142"/>
        </w:tc>
      </w:tr>
      <w:tr w:rsidR="00CB6142" w14:paraId="10822732" w14:textId="77777777">
        <w:trPr>
          <w:jc w:val="center"/>
        </w:trPr>
        <w:tc>
          <w:tcPr>
            <w:tcW w:w="56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AC15BA4" w14:textId="77777777" w:rsidR="00CB6142" w:rsidRDefault="00000000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6E59213" w14:textId="77777777" w:rsidR="00CB6142" w:rsidRDefault="00000000">
            <w:r>
              <w:br/>
            </w:r>
            <w:r>
              <w:br/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021A12C" w14:textId="77777777" w:rsidR="00CB6142" w:rsidRDefault="00CB6142"/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530C64A" w14:textId="77777777" w:rsidR="00CB6142" w:rsidRDefault="00CB6142">
            <w:pPr>
              <w:jc w:val="center"/>
            </w:pPr>
          </w:p>
        </w:tc>
        <w:tc>
          <w:tcPr>
            <w:tcW w:w="13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B33CC4A" w14:textId="77777777" w:rsidR="00CB6142" w:rsidRDefault="00CB6142">
            <w:pPr>
              <w:jc w:val="center"/>
            </w:pPr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D311F14" w14:textId="77777777" w:rsidR="00CB6142" w:rsidRDefault="00CB6142"/>
        </w:tc>
      </w:tr>
      <w:tr w:rsidR="00CB6142" w14:paraId="292F3822" w14:textId="77777777">
        <w:trPr>
          <w:jc w:val="center"/>
        </w:trPr>
        <w:tc>
          <w:tcPr>
            <w:tcW w:w="56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C26766A" w14:textId="77777777" w:rsidR="00CB6142" w:rsidRDefault="00000000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A99A4C4" w14:textId="77777777" w:rsidR="00CB6142" w:rsidRDefault="00000000">
            <w:r>
              <w:br/>
            </w:r>
            <w:r>
              <w:br/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352A82E" w14:textId="77777777" w:rsidR="00CB6142" w:rsidRDefault="00CB6142"/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50AB04B" w14:textId="77777777" w:rsidR="00CB6142" w:rsidRDefault="00CB6142">
            <w:pPr>
              <w:jc w:val="center"/>
            </w:pPr>
          </w:p>
        </w:tc>
        <w:tc>
          <w:tcPr>
            <w:tcW w:w="13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61A274D" w14:textId="77777777" w:rsidR="00CB6142" w:rsidRDefault="00CB6142">
            <w:pPr>
              <w:jc w:val="center"/>
            </w:pPr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462B10F" w14:textId="77777777" w:rsidR="00CB6142" w:rsidRDefault="00CB6142"/>
        </w:tc>
      </w:tr>
    </w:tbl>
    <w:p w14:paraId="13894639" w14:textId="77777777" w:rsidR="00CB6142" w:rsidRDefault="00CB6142"/>
    <w:p w14:paraId="1457B254" w14:textId="77777777" w:rsidR="00CB6142" w:rsidRDefault="00000000">
      <w:pPr>
        <w:pStyle w:val="Nagwek1"/>
      </w:pPr>
      <w:r>
        <w:lastRenderedPageBreak/>
        <w:t>B. Doświadczenie kierownicze lub koordynacyjne</w:t>
      </w:r>
    </w:p>
    <w:p w14:paraId="03610E25" w14:textId="77777777" w:rsidR="00CB6142" w:rsidRDefault="00000000">
      <w:pPr>
        <w:keepNext/>
        <w:spacing w:after="100"/>
      </w:pPr>
      <w:r>
        <w:t>Należy wykazać obowiązki polegające na organizowaniu, koordynowaniu lub nadzorowaniu pracy personelu medycznego albo procesów realizowanych w Bloku Operacyjnym lub Centralnej Sterylizatorni. Minimalny warunek udziału: 1 rok. Punktacja: od 1 do poniżej 3 lat – 0 pkt; od 3 do poniżej 5 lat – 5 pkt; 5 lat i więcej – 10 pkt.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721"/>
        <w:gridCol w:w="4762"/>
        <w:gridCol w:w="1814"/>
        <w:gridCol w:w="1361"/>
        <w:gridCol w:w="2948"/>
      </w:tblGrid>
      <w:tr w:rsidR="00CB6142" w14:paraId="0D8E5169" w14:textId="77777777">
        <w:trPr>
          <w:tblHeader/>
          <w:jc w:val="center"/>
        </w:trPr>
        <w:tc>
          <w:tcPr>
            <w:tcW w:w="56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D685BD0" w14:textId="77777777" w:rsidR="00CB614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Lp.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7970125" w14:textId="77777777" w:rsidR="00CB614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Nazwa i adres podmiotu</w:t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713C654" w14:textId="77777777" w:rsidR="00CB614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Komórka organizacyjna i zakres wykonywanych czynności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CAC4ED8" w14:textId="77777777" w:rsidR="00CB614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Okres od–do</w:t>
            </w:r>
            <w:r>
              <w:rPr>
                <w:b/>
                <w:color w:val="FFFFFF"/>
                <w:sz w:val="16"/>
              </w:rPr>
              <w:br/>
              <w:t>(dd.mm.rrrr)</w:t>
            </w:r>
          </w:p>
        </w:tc>
        <w:tc>
          <w:tcPr>
            <w:tcW w:w="13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9599580" w14:textId="77777777" w:rsidR="00CB614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Łącznie</w:t>
            </w:r>
            <w:r>
              <w:rPr>
                <w:b/>
                <w:color w:val="FFFFFF"/>
                <w:sz w:val="16"/>
              </w:rPr>
              <w:br/>
              <w:t>pełnych miesięcy</w:t>
            </w:r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CC931F5" w14:textId="77777777" w:rsidR="00CB614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Dokument potwierdzający doświadczenie</w:t>
            </w:r>
          </w:p>
        </w:tc>
      </w:tr>
      <w:tr w:rsidR="00CB6142" w14:paraId="3D6966E4" w14:textId="77777777">
        <w:trPr>
          <w:jc w:val="center"/>
        </w:trPr>
        <w:tc>
          <w:tcPr>
            <w:tcW w:w="56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7D5CE9C" w14:textId="77777777" w:rsidR="00CB6142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064099E" w14:textId="77777777" w:rsidR="00CB6142" w:rsidRDefault="00000000">
            <w:r>
              <w:br/>
            </w:r>
            <w:r>
              <w:br/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8D1CF29" w14:textId="77777777" w:rsidR="00CB6142" w:rsidRDefault="00CB6142"/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4052CCB" w14:textId="77777777" w:rsidR="00CB6142" w:rsidRDefault="00CB6142">
            <w:pPr>
              <w:jc w:val="center"/>
            </w:pPr>
          </w:p>
        </w:tc>
        <w:tc>
          <w:tcPr>
            <w:tcW w:w="13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5941382" w14:textId="77777777" w:rsidR="00CB6142" w:rsidRDefault="00CB6142">
            <w:pPr>
              <w:jc w:val="center"/>
            </w:pPr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CBD18B3" w14:textId="77777777" w:rsidR="00CB6142" w:rsidRDefault="00CB6142"/>
        </w:tc>
      </w:tr>
      <w:tr w:rsidR="00CB6142" w14:paraId="515D328A" w14:textId="77777777">
        <w:trPr>
          <w:jc w:val="center"/>
        </w:trPr>
        <w:tc>
          <w:tcPr>
            <w:tcW w:w="56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F9D06D5" w14:textId="77777777" w:rsidR="00CB6142" w:rsidRDefault="00000000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61BD03B" w14:textId="77777777" w:rsidR="00CB6142" w:rsidRDefault="00000000">
            <w:r>
              <w:br/>
            </w:r>
            <w:r>
              <w:br/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4101969" w14:textId="77777777" w:rsidR="00CB6142" w:rsidRDefault="00CB6142"/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8ABB0E7" w14:textId="77777777" w:rsidR="00CB6142" w:rsidRDefault="00CB6142">
            <w:pPr>
              <w:jc w:val="center"/>
            </w:pPr>
          </w:p>
        </w:tc>
        <w:tc>
          <w:tcPr>
            <w:tcW w:w="13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DAE6D01" w14:textId="77777777" w:rsidR="00CB6142" w:rsidRDefault="00CB6142">
            <w:pPr>
              <w:jc w:val="center"/>
            </w:pPr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7988619" w14:textId="77777777" w:rsidR="00CB6142" w:rsidRDefault="00CB6142"/>
        </w:tc>
      </w:tr>
      <w:tr w:rsidR="00CB6142" w14:paraId="5ABF3F40" w14:textId="77777777">
        <w:trPr>
          <w:jc w:val="center"/>
        </w:trPr>
        <w:tc>
          <w:tcPr>
            <w:tcW w:w="56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F68C094" w14:textId="77777777" w:rsidR="00CB6142" w:rsidRDefault="00000000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0B0F5E8" w14:textId="77777777" w:rsidR="00CB6142" w:rsidRDefault="00000000">
            <w:r>
              <w:br/>
            </w:r>
            <w:r>
              <w:br/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FD6C722" w14:textId="77777777" w:rsidR="00CB6142" w:rsidRDefault="00CB6142"/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DA234F2" w14:textId="77777777" w:rsidR="00CB6142" w:rsidRDefault="00CB6142">
            <w:pPr>
              <w:jc w:val="center"/>
            </w:pPr>
          </w:p>
        </w:tc>
        <w:tc>
          <w:tcPr>
            <w:tcW w:w="13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2D620B3" w14:textId="77777777" w:rsidR="00CB6142" w:rsidRDefault="00CB6142">
            <w:pPr>
              <w:jc w:val="center"/>
            </w:pPr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BB1455F" w14:textId="77777777" w:rsidR="00CB6142" w:rsidRDefault="00CB6142"/>
        </w:tc>
      </w:tr>
      <w:tr w:rsidR="00CB6142" w14:paraId="6BB9B740" w14:textId="77777777">
        <w:trPr>
          <w:jc w:val="center"/>
        </w:trPr>
        <w:tc>
          <w:tcPr>
            <w:tcW w:w="56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5EA7042" w14:textId="77777777" w:rsidR="00CB6142" w:rsidRDefault="00000000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DE19767" w14:textId="77777777" w:rsidR="00CB6142" w:rsidRDefault="00000000">
            <w:r>
              <w:br/>
            </w:r>
            <w:r>
              <w:br/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27A14FA" w14:textId="77777777" w:rsidR="00CB6142" w:rsidRDefault="00CB6142"/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0836407" w14:textId="77777777" w:rsidR="00CB6142" w:rsidRDefault="00CB6142">
            <w:pPr>
              <w:jc w:val="center"/>
            </w:pPr>
          </w:p>
        </w:tc>
        <w:tc>
          <w:tcPr>
            <w:tcW w:w="13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BA15CFF" w14:textId="77777777" w:rsidR="00CB6142" w:rsidRDefault="00CB6142">
            <w:pPr>
              <w:jc w:val="center"/>
            </w:pPr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8799799" w14:textId="77777777" w:rsidR="00CB6142" w:rsidRDefault="00CB6142"/>
        </w:tc>
      </w:tr>
      <w:tr w:rsidR="00CB6142" w14:paraId="003B9C63" w14:textId="77777777">
        <w:trPr>
          <w:jc w:val="center"/>
        </w:trPr>
        <w:tc>
          <w:tcPr>
            <w:tcW w:w="56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EB7F707" w14:textId="77777777" w:rsidR="00CB6142" w:rsidRDefault="00000000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28CAD3A" w14:textId="77777777" w:rsidR="00CB6142" w:rsidRDefault="00000000">
            <w:r>
              <w:br/>
            </w:r>
            <w:r>
              <w:br/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9DE29D6" w14:textId="77777777" w:rsidR="00CB6142" w:rsidRDefault="00CB6142"/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AF7F78D" w14:textId="77777777" w:rsidR="00CB6142" w:rsidRDefault="00CB6142">
            <w:pPr>
              <w:jc w:val="center"/>
            </w:pPr>
          </w:p>
        </w:tc>
        <w:tc>
          <w:tcPr>
            <w:tcW w:w="13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5E0898D" w14:textId="77777777" w:rsidR="00CB6142" w:rsidRDefault="00CB6142">
            <w:pPr>
              <w:jc w:val="center"/>
            </w:pPr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209E24D" w14:textId="77777777" w:rsidR="00CB6142" w:rsidRDefault="00CB6142"/>
        </w:tc>
      </w:tr>
    </w:tbl>
    <w:p w14:paraId="09EB318C" w14:textId="77777777" w:rsidR="00CB6142" w:rsidRDefault="00CB6142"/>
    <w:p w14:paraId="1ED88874" w14:textId="77777777" w:rsidR="00CB6142" w:rsidRDefault="00000000">
      <w:pPr>
        <w:pStyle w:val="Nagwek1"/>
      </w:pPr>
      <w:r>
        <w:t>C. Doświadczenie dotyczące Centralnej Sterylizatorni</w:t>
      </w:r>
    </w:p>
    <w:p w14:paraId="73F77BA8" w14:textId="77777777" w:rsidR="00CB6142" w:rsidRDefault="00000000">
      <w:pPr>
        <w:keepNext/>
        <w:spacing w:after="100"/>
      </w:pPr>
      <w:r>
        <w:t>Należy wykazać osobiste wykonywanie lub nadzorowanie czynności dotyczących dekontaminacji, mycia, dezynfekcji, przygotowania, pakowania, sterylizacji, kontroli procesów albo organizacji pracy Centralnej Sterylizatorni. Punktacja: poniżej 1 roku – 0 pkt; od 1 do poniżej 3 lat – 3 pkt; od 3 do poniżej 5 lat – 6 pkt; 5 lat i więcej – 10 pkt.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721"/>
        <w:gridCol w:w="4762"/>
        <w:gridCol w:w="1814"/>
        <w:gridCol w:w="1361"/>
        <w:gridCol w:w="2948"/>
      </w:tblGrid>
      <w:tr w:rsidR="00CB6142" w14:paraId="03A48B81" w14:textId="77777777">
        <w:trPr>
          <w:tblHeader/>
          <w:jc w:val="center"/>
        </w:trPr>
        <w:tc>
          <w:tcPr>
            <w:tcW w:w="56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84FCF75" w14:textId="77777777" w:rsidR="00CB614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Lp.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8D6A1A2" w14:textId="77777777" w:rsidR="00CB614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Nazwa i adres podmiotu</w:t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D038D81" w14:textId="77777777" w:rsidR="00CB614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Komórka organizacyjna i zakres wykonywanych czynności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C587CE9" w14:textId="77777777" w:rsidR="00CB614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Okres od–do</w:t>
            </w:r>
            <w:r>
              <w:rPr>
                <w:b/>
                <w:color w:val="FFFFFF"/>
                <w:sz w:val="16"/>
              </w:rPr>
              <w:br/>
              <w:t>(dd.mm.rrrr)</w:t>
            </w:r>
          </w:p>
        </w:tc>
        <w:tc>
          <w:tcPr>
            <w:tcW w:w="13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9BCB178" w14:textId="77777777" w:rsidR="00CB614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Łącznie</w:t>
            </w:r>
            <w:r>
              <w:rPr>
                <w:b/>
                <w:color w:val="FFFFFF"/>
                <w:sz w:val="16"/>
              </w:rPr>
              <w:br/>
              <w:t>pełnych miesięcy</w:t>
            </w:r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6F0EC43" w14:textId="77777777" w:rsidR="00CB614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Dokument potwierdzający doświadczenie</w:t>
            </w:r>
          </w:p>
        </w:tc>
      </w:tr>
      <w:tr w:rsidR="00CB6142" w14:paraId="7BF91466" w14:textId="77777777">
        <w:trPr>
          <w:jc w:val="center"/>
        </w:trPr>
        <w:tc>
          <w:tcPr>
            <w:tcW w:w="56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A887A13" w14:textId="77777777" w:rsidR="00CB6142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0C01D2B" w14:textId="77777777" w:rsidR="00CB6142" w:rsidRDefault="00000000">
            <w:r>
              <w:br/>
            </w:r>
            <w:r>
              <w:br/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52BD489" w14:textId="77777777" w:rsidR="00CB6142" w:rsidRDefault="00CB6142"/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D85646A" w14:textId="77777777" w:rsidR="00CB6142" w:rsidRDefault="00CB6142">
            <w:pPr>
              <w:jc w:val="center"/>
            </w:pPr>
          </w:p>
        </w:tc>
        <w:tc>
          <w:tcPr>
            <w:tcW w:w="13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169E56A" w14:textId="77777777" w:rsidR="00CB6142" w:rsidRDefault="00CB6142">
            <w:pPr>
              <w:jc w:val="center"/>
            </w:pPr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692E21B" w14:textId="77777777" w:rsidR="00CB6142" w:rsidRDefault="00CB6142"/>
        </w:tc>
      </w:tr>
      <w:tr w:rsidR="00CB6142" w14:paraId="459DBEA1" w14:textId="77777777">
        <w:trPr>
          <w:jc w:val="center"/>
        </w:trPr>
        <w:tc>
          <w:tcPr>
            <w:tcW w:w="56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D909128" w14:textId="77777777" w:rsidR="00CB6142" w:rsidRDefault="00000000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E1D67FF" w14:textId="77777777" w:rsidR="00CB6142" w:rsidRDefault="00000000">
            <w:r>
              <w:br/>
            </w:r>
            <w:r>
              <w:br/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92B91E1" w14:textId="77777777" w:rsidR="00CB6142" w:rsidRDefault="00CB6142"/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7884252" w14:textId="77777777" w:rsidR="00CB6142" w:rsidRDefault="00CB6142">
            <w:pPr>
              <w:jc w:val="center"/>
            </w:pPr>
          </w:p>
        </w:tc>
        <w:tc>
          <w:tcPr>
            <w:tcW w:w="13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1653EF9" w14:textId="77777777" w:rsidR="00CB6142" w:rsidRDefault="00CB6142">
            <w:pPr>
              <w:jc w:val="center"/>
            </w:pPr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42DA19C" w14:textId="77777777" w:rsidR="00CB6142" w:rsidRDefault="00CB6142"/>
        </w:tc>
      </w:tr>
      <w:tr w:rsidR="00CB6142" w14:paraId="52D2D3D9" w14:textId="77777777">
        <w:trPr>
          <w:jc w:val="center"/>
        </w:trPr>
        <w:tc>
          <w:tcPr>
            <w:tcW w:w="56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FA701FA" w14:textId="77777777" w:rsidR="00CB6142" w:rsidRDefault="00000000">
            <w:pPr>
              <w:jc w:val="center"/>
            </w:pPr>
            <w:r>
              <w:rPr>
                <w:sz w:val="16"/>
              </w:rPr>
              <w:lastRenderedPageBreak/>
              <w:t>3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503A557" w14:textId="77777777" w:rsidR="00CB6142" w:rsidRDefault="00000000">
            <w:r>
              <w:br/>
            </w:r>
            <w:r>
              <w:br/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7EAEC6D" w14:textId="77777777" w:rsidR="00CB6142" w:rsidRDefault="00CB6142"/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A7CC1B3" w14:textId="77777777" w:rsidR="00CB6142" w:rsidRDefault="00CB6142">
            <w:pPr>
              <w:jc w:val="center"/>
            </w:pPr>
          </w:p>
        </w:tc>
        <w:tc>
          <w:tcPr>
            <w:tcW w:w="13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F1FE164" w14:textId="77777777" w:rsidR="00CB6142" w:rsidRDefault="00CB6142">
            <w:pPr>
              <w:jc w:val="center"/>
            </w:pPr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516B2B7" w14:textId="77777777" w:rsidR="00CB6142" w:rsidRDefault="00CB6142"/>
        </w:tc>
      </w:tr>
      <w:tr w:rsidR="00CB6142" w14:paraId="23C35AB9" w14:textId="77777777">
        <w:trPr>
          <w:jc w:val="center"/>
        </w:trPr>
        <w:tc>
          <w:tcPr>
            <w:tcW w:w="56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D15FC9A" w14:textId="77777777" w:rsidR="00CB6142" w:rsidRDefault="00000000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F8898CE" w14:textId="77777777" w:rsidR="00CB6142" w:rsidRDefault="00000000">
            <w:r>
              <w:br/>
            </w:r>
            <w:r>
              <w:br/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65AF03A" w14:textId="77777777" w:rsidR="00CB6142" w:rsidRDefault="00CB6142"/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9BEAF4C" w14:textId="77777777" w:rsidR="00CB6142" w:rsidRDefault="00CB6142">
            <w:pPr>
              <w:jc w:val="center"/>
            </w:pPr>
          </w:p>
        </w:tc>
        <w:tc>
          <w:tcPr>
            <w:tcW w:w="13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357C25D" w14:textId="77777777" w:rsidR="00CB6142" w:rsidRDefault="00CB6142">
            <w:pPr>
              <w:jc w:val="center"/>
            </w:pPr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8C835C4" w14:textId="77777777" w:rsidR="00CB6142" w:rsidRDefault="00CB6142"/>
        </w:tc>
      </w:tr>
      <w:tr w:rsidR="00CB6142" w14:paraId="496C259E" w14:textId="77777777">
        <w:trPr>
          <w:jc w:val="center"/>
        </w:trPr>
        <w:tc>
          <w:tcPr>
            <w:tcW w:w="56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87C3FBB" w14:textId="77777777" w:rsidR="00CB6142" w:rsidRDefault="00000000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1A59836" w14:textId="77777777" w:rsidR="00CB6142" w:rsidRDefault="00000000">
            <w:r>
              <w:br/>
            </w:r>
            <w:r>
              <w:br/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8CD410E" w14:textId="77777777" w:rsidR="00CB6142" w:rsidRDefault="00CB6142"/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545B696" w14:textId="77777777" w:rsidR="00CB6142" w:rsidRDefault="00CB6142">
            <w:pPr>
              <w:jc w:val="center"/>
            </w:pPr>
          </w:p>
        </w:tc>
        <w:tc>
          <w:tcPr>
            <w:tcW w:w="13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E7A861E" w14:textId="77777777" w:rsidR="00CB6142" w:rsidRDefault="00CB6142">
            <w:pPr>
              <w:jc w:val="center"/>
            </w:pPr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D77D67D" w14:textId="77777777" w:rsidR="00CB6142" w:rsidRDefault="00CB6142"/>
        </w:tc>
      </w:tr>
    </w:tbl>
    <w:p w14:paraId="54EBFEAE" w14:textId="77777777" w:rsidR="00CB6142" w:rsidRDefault="00CB6142"/>
    <w:p w14:paraId="7C9642B5" w14:textId="77777777" w:rsidR="00CB6142" w:rsidRDefault="00000000">
      <w:pPr>
        <w:pStyle w:val="Nagwek1"/>
      </w:pPr>
      <w:r>
        <w:t>D. Podsumowanie deklarowanego doświadczenia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03"/>
        <w:gridCol w:w="2835"/>
        <w:gridCol w:w="2835"/>
      </w:tblGrid>
      <w:tr w:rsidR="00CB6142" w14:paraId="3D347553" w14:textId="77777777">
        <w:trPr>
          <w:tblHeader/>
        </w:trPr>
        <w:tc>
          <w:tcPr>
            <w:tcW w:w="68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B8A105E" w14:textId="77777777" w:rsidR="00CB6142" w:rsidRDefault="00000000">
            <w:r>
              <w:rPr>
                <w:b/>
                <w:color w:val="FFFFFF"/>
                <w:sz w:val="17"/>
              </w:rPr>
              <w:t>Rodzaj doświadczenia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AA2AE4D" w14:textId="77777777" w:rsidR="00CB6142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Pełne lata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E05BD19" w14:textId="77777777" w:rsidR="00CB6142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Pozostałe pełne miesiące</w:t>
            </w:r>
          </w:p>
        </w:tc>
      </w:tr>
      <w:tr w:rsidR="00CB6142" w14:paraId="385183B4" w14:textId="77777777">
        <w:tc>
          <w:tcPr>
            <w:tcW w:w="68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085B3C4" w14:textId="77777777" w:rsidR="00CB6142" w:rsidRDefault="00000000">
            <w:r>
              <w:rPr>
                <w:sz w:val="17"/>
              </w:rPr>
              <w:t>Doświadczenie w Bloku Operacyjnym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44E2C09" w14:textId="77777777" w:rsidR="00CB6142" w:rsidRDefault="00CB6142">
            <w:pPr>
              <w:jc w:val="center"/>
            </w:pP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5FC3A34" w14:textId="77777777" w:rsidR="00CB6142" w:rsidRDefault="00CB6142">
            <w:pPr>
              <w:jc w:val="center"/>
            </w:pPr>
          </w:p>
        </w:tc>
      </w:tr>
      <w:tr w:rsidR="00CB6142" w14:paraId="1692D015" w14:textId="77777777">
        <w:tc>
          <w:tcPr>
            <w:tcW w:w="68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A366DAE" w14:textId="77777777" w:rsidR="00CB6142" w:rsidRDefault="00000000">
            <w:r>
              <w:rPr>
                <w:sz w:val="17"/>
              </w:rPr>
              <w:t>Doświadczenie kierownicze lub koordynacyjne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51A6529" w14:textId="77777777" w:rsidR="00CB6142" w:rsidRDefault="00CB6142">
            <w:pPr>
              <w:jc w:val="center"/>
            </w:pP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0A78B2B" w14:textId="77777777" w:rsidR="00CB6142" w:rsidRDefault="00CB6142">
            <w:pPr>
              <w:jc w:val="center"/>
            </w:pPr>
          </w:p>
        </w:tc>
      </w:tr>
      <w:tr w:rsidR="00CB6142" w14:paraId="28802BB6" w14:textId="77777777">
        <w:tc>
          <w:tcPr>
            <w:tcW w:w="68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94578D8" w14:textId="77777777" w:rsidR="00CB6142" w:rsidRDefault="00000000">
            <w:r>
              <w:rPr>
                <w:sz w:val="17"/>
              </w:rPr>
              <w:t>Doświadczenie dotyczące Centralnej Sterylizatorni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939A753" w14:textId="77777777" w:rsidR="00CB6142" w:rsidRDefault="00CB6142">
            <w:pPr>
              <w:jc w:val="center"/>
            </w:pP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3D4DF1D" w14:textId="77777777" w:rsidR="00CB6142" w:rsidRDefault="00CB6142">
            <w:pPr>
              <w:jc w:val="center"/>
            </w:pPr>
          </w:p>
        </w:tc>
      </w:tr>
    </w:tbl>
    <w:p w14:paraId="5819A63B" w14:textId="77777777" w:rsidR="00CB6142" w:rsidRDefault="00CB6142"/>
    <w:p w14:paraId="6B0AF95A" w14:textId="77777777" w:rsidR="00CB6142" w:rsidRDefault="00000000">
      <w:pPr>
        <w:pStyle w:val="Nagwek1"/>
      </w:pPr>
      <w:r>
        <w:t>Oświadczenie Oferenta</w:t>
      </w:r>
    </w:p>
    <w:p w14:paraId="1F0CDC52" w14:textId="77777777" w:rsidR="00CB6142" w:rsidRDefault="00000000">
      <w:pPr>
        <w:spacing w:after="280"/>
      </w:pPr>
      <w:r>
        <w:t>Oświadczam, że wszystkie informacje podane w niniejszym wykazie są zgodne z prawdą, a wskazane świadczenia i obowiązki wykonywałam/em osobiście. Przyjmuję do wiadomości, że doświadczenie niewykazane w ofercie do upływu terminu składania ofert nie będzie podlegało punktacji, a Udzielający Zamówienia może zweryfikować przedstawione informacje u podmiotów wskazanych w wykazie.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70"/>
        <w:gridCol w:w="7070"/>
      </w:tblGrid>
      <w:tr w:rsidR="00CB6142" w14:paraId="6F67D495" w14:textId="77777777">
        <w:trPr>
          <w:jc w:val="center"/>
        </w:trPr>
        <w:tc>
          <w:tcPr>
            <w:tcW w:w="7070" w:type="dxa"/>
            <w:vAlign w:val="center"/>
          </w:tcPr>
          <w:p w14:paraId="4B6CFB8C" w14:textId="77777777" w:rsidR="00CB6142" w:rsidRDefault="00000000">
            <w:pPr>
              <w:jc w:val="center"/>
            </w:pPr>
            <w:r>
              <w:t>………………………………………</w:t>
            </w:r>
            <w:r>
              <w:br/>
              <w:t>Miejscowość i data</w:t>
            </w:r>
          </w:p>
        </w:tc>
        <w:tc>
          <w:tcPr>
            <w:tcW w:w="7070" w:type="dxa"/>
            <w:vAlign w:val="center"/>
          </w:tcPr>
          <w:p w14:paraId="2EFB07D2" w14:textId="77777777" w:rsidR="00CB6142" w:rsidRDefault="00000000">
            <w:pPr>
              <w:jc w:val="center"/>
            </w:pPr>
            <w:r>
              <w:t>………………………………………</w:t>
            </w:r>
            <w:r>
              <w:br/>
              <w:t>Podpis Oferenta</w:t>
            </w:r>
          </w:p>
        </w:tc>
      </w:tr>
    </w:tbl>
    <w:p w14:paraId="7D535B66" w14:textId="77777777" w:rsidR="00D3425C" w:rsidRDefault="00D3425C"/>
    <w:sectPr w:rsidR="00D3425C" w:rsidSect="00034616">
      <w:footerReference w:type="default" r:id="rId8"/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70396" w14:textId="77777777" w:rsidR="00D3425C" w:rsidRDefault="00D3425C">
      <w:pPr>
        <w:spacing w:after="0"/>
      </w:pPr>
      <w:r>
        <w:separator/>
      </w:r>
    </w:p>
  </w:endnote>
  <w:endnote w:type="continuationSeparator" w:id="0">
    <w:p w14:paraId="0848854B" w14:textId="77777777" w:rsidR="00D3425C" w:rsidRDefault="00D3425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08B53" w14:textId="77777777" w:rsidR="00CB6142" w:rsidRDefault="00000000">
    <w:pPr>
      <w:pStyle w:val="Stopka"/>
      <w:jc w:val="center"/>
    </w:pPr>
    <w:proofErr w:type="spellStart"/>
    <w:r>
      <w:rPr>
        <w:color w:val="5A5A5A"/>
        <w:sz w:val="16"/>
      </w:rPr>
      <w:t>Załącznik</w:t>
    </w:r>
    <w:proofErr w:type="spellEnd"/>
    <w:r>
      <w:rPr>
        <w:color w:val="5A5A5A"/>
        <w:sz w:val="16"/>
      </w:rPr>
      <w:t xml:space="preserve"> nr 3 – </w:t>
    </w:r>
    <w:proofErr w:type="spellStart"/>
    <w:r>
      <w:rPr>
        <w:color w:val="5A5A5A"/>
        <w:sz w:val="16"/>
      </w:rPr>
      <w:t>Wykaz</w:t>
    </w:r>
    <w:proofErr w:type="spellEnd"/>
    <w:r>
      <w:rPr>
        <w:color w:val="5A5A5A"/>
        <w:sz w:val="16"/>
      </w:rPr>
      <w:t xml:space="preserve"> </w:t>
    </w:r>
    <w:proofErr w:type="spellStart"/>
    <w:r>
      <w:rPr>
        <w:color w:val="5A5A5A"/>
        <w:sz w:val="16"/>
      </w:rPr>
      <w:t>doświadczenia</w:t>
    </w:r>
    <w:proofErr w:type="spellEnd"/>
    <w:r>
      <w:rPr>
        <w:color w:val="5A5A5A"/>
        <w:sz w:val="16"/>
      </w:rPr>
      <w:t xml:space="preserve"> </w:t>
    </w:r>
    <w:proofErr w:type="spellStart"/>
    <w:r>
      <w:rPr>
        <w:color w:val="5A5A5A"/>
        <w:sz w:val="16"/>
      </w:rPr>
      <w:t>zawodowego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8F891" w14:textId="77777777" w:rsidR="00D3425C" w:rsidRDefault="00D3425C">
      <w:pPr>
        <w:spacing w:after="0"/>
      </w:pPr>
      <w:r>
        <w:separator/>
      </w:r>
    </w:p>
  </w:footnote>
  <w:footnote w:type="continuationSeparator" w:id="0">
    <w:p w14:paraId="1C71608D" w14:textId="77777777" w:rsidR="00D3425C" w:rsidRDefault="00D3425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4456722">
    <w:abstractNumId w:val="8"/>
  </w:num>
  <w:num w:numId="2" w16cid:durableId="1500848990">
    <w:abstractNumId w:val="6"/>
  </w:num>
  <w:num w:numId="3" w16cid:durableId="942222104">
    <w:abstractNumId w:val="5"/>
  </w:num>
  <w:num w:numId="4" w16cid:durableId="358164079">
    <w:abstractNumId w:val="4"/>
  </w:num>
  <w:num w:numId="5" w16cid:durableId="242299464">
    <w:abstractNumId w:val="7"/>
  </w:num>
  <w:num w:numId="6" w16cid:durableId="1518470842">
    <w:abstractNumId w:val="3"/>
  </w:num>
  <w:num w:numId="7" w16cid:durableId="701708556">
    <w:abstractNumId w:val="2"/>
  </w:num>
  <w:num w:numId="8" w16cid:durableId="1496532325">
    <w:abstractNumId w:val="1"/>
  </w:num>
  <w:num w:numId="9" w16cid:durableId="1491603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75BA"/>
    <w:rsid w:val="0015074B"/>
    <w:rsid w:val="001C0A54"/>
    <w:rsid w:val="0029639D"/>
    <w:rsid w:val="00326F90"/>
    <w:rsid w:val="004668A6"/>
    <w:rsid w:val="008A3AB8"/>
    <w:rsid w:val="00AA1D8D"/>
    <w:rsid w:val="00B47730"/>
    <w:rsid w:val="00CB0664"/>
    <w:rsid w:val="00CB6142"/>
    <w:rsid w:val="00D342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119C7A"/>
  <w14:defaultImageDpi w14:val="330"/>
  <w15:docId w15:val="{288DDF35-8F1C-4CE1-A6E2-6F57EC454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40" w:lineRule="auto"/>
    </w:pPr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000000"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16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427</Words>
  <Characters>2853</Characters>
  <Application>Microsoft Office Word</Application>
  <DocSecurity>0</DocSecurity>
  <Lines>75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Lucyna Brejnak</cp:lastModifiedBy>
  <cp:revision>4</cp:revision>
  <dcterms:created xsi:type="dcterms:W3CDTF">2026-09-18T11:16:00Z</dcterms:created>
  <dcterms:modified xsi:type="dcterms:W3CDTF">2026-09-18T11:38:00Z</dcterms:modified>
  <cp:category/>
</cp:coreProperties>
</file>