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89A9" w14:textId="77777777" w:rsidR="00CE58AD" w:rsidRPr="00CE6785" w:rsidRDefault="00305A28">
      <w:pPr>
        <w:jc w:val="center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b/>
          <w:color w:val="1F4E79"/>
          <w:sz w:val="22"/>
          <w:lang w:val="pl-PL"/>
        </w:rPr>
        <w:t>FORMULARZ OFERTOWY</w:t>
      </w:r>
    </w:p>
    <w:p w14:paraId="472C6571" w14:textId="77777777" w:rsidR="00C53346" w:rsidRDefault="00305A28" w:rsidP="00C53346">
      <w:pPr>
        <w:jc w:val="center"/>
        <w:rPr>
          <w:rFonts w:ascii="Cambria" w:hAnsi="Cambria"/>
          <w:b/>
          <w:sz w:val="22"/>
          <w:lang w:val="pl-PL"/>
        </w:rPr>
      </w:pPr>
      <w:r w:rsidRPr="00CE6785">
        <w:rPr>
          <w:rFonts w:ascii="Cambria" w:hAnsi="Cambria"/>
          <w:b/>
          <w:sz w:val="22"/>
          <w:lang w:val="pl-PL"/>
        </w:rPr>
        <w:t xml:space="preserve">Konkurs na </w:t>
      </w:r>
    </w:p>
    <w:p w14:paraId="03BCE1D9" w14:textId="529F5FD6" w:rsidR="00C53346" w:rsidRPr="00C53346" w:rsidRDefault="00C53346" w:rsidP="00C53346">
      <w:pPr>
        <w:jc w:val="center"/>
        <w:rPr>
          <w:rFonts w:ascii="Cambria" w:hAnsi="Cambria"/>
          <w:b/>
          <w:sz w:val="22"/>
          <w:lang w:val="pl-PL"/>
        </w:rPr>
      </w:pPr>
      <w:r w:rsidRPr="00C53346">
        <w:rPr>
          <w:rFonts w:ascii="Cambria" w:hAnsi="Cambria"/>
          <w:b/>
          <w:sz w:val="22"/>
          <w:lang w:val="pl-PL"/>
        </w:rPr>
        <w:t>„Udzielanie świadczeń zdrowotnych</w:t>
      </w:r>
    </w:p>
    <w:p w14:paraId="0030FB3B" w14:textId="77777777" w:rsidR="00C53346" w:rsidRPr="00C53346" w:rsidRDefault="00C53346" w:rsidP="00C53346">
      <w:pPr>
        <w:jc w:val="center"/>
        <w:rPr>
          <w:rFonts w:ascii="Cambria" w:hAnsi="Cambria"/>
          <w:b/>
          <w:sz w:val="22"/>
          <w:lang w:val="pl-PL"/>
        </w:rPr>
      </w:pPr>
      <w:r w:rsidRPr="00C53346">
        <w:rPr>
          <w:rFonts w:ascii="Cambria" w:hAnsi="Cambria"/>
          <w:b/>
          <w:sz w:val="22"/>
          <w:lang w:val="pl-PL"/>
        </w:rPr>
        <w:t xml:space="preserve">przez pielęgniarki i pielęgniarzy w komórkach organizacyjnych </w:t>
      </w:r>
    </w:p>
    <w:p w14:paraId="3B1417FF" w14:textId="7222BF27" w:rsidR="00CE58AD" w:rsidRPr="00CE6785" w:rsidRDefault="00C53346" w:rsidP="00CD68D6">
      <w:pPr>
        <w:spacing w:after="120" w:line="240" w:lineRule="auto"/>
        <w:jc w:val="center"/>
        <w:rPr>
          <w:rFonts w:ascii="Cambria" w:hAnsi="Cambria"/>
          <w:sz w:val="22"/>
          <w:lang w:val="pl-PL"/>
        </w:rPr>
      </w:pPr>
      <w:r w:rsidRPr="00C53346">
        <w:rPr>
          <w:rFonts w:ascii="Cambria" w:hAnsi="Cambria"/>
          <w:b/>
          <w:sz w:val="22"/>
          <w:lang w:val="pl-PL"/>
        </w:rPr>
        <w:t>Zespołu Opieki Zdrowotnej w Nidzicy”</w:t>
      </w:r>
    </w:p>
    <w:p w14:paraId="0CE9785E" w14:textId="2597E37F" w:rsidR="00CE58AD" w:rsidRPr="00CE6785" w:rsidRDefault="00305A28">
      <w:pPr>
        <w:shd w:val="clear" w:color="auto" w:fill="FFF2CC"/>
        <w:jc w:val="center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 xml:space="preserve">Znak sprawy: </w:t>
      </w:r>
      <w:r w:rsidR="001527EA">
        <w:rPr>
          <w:rFonts w:ascii="Cambria" w:hAnsi="Cambria"/>
          <w:sz w:val="22"/>
          <w:lang w:val="pl-PL"/>
        </w:rPr>
        <w:t>4</w:t>
      </w:r>
      <w:r w:rsidRPr="00CE6785">
        <w:rPr>
          <w:rFonts w:ascii="Cambria" w:hAnsi="Cambria"/>
          <w:sz w:val="22"/>
          <w:lang w:val="pl-PL"/>
        </w:rPr>
        <w:t>/P/2026</w:t>
      </w:r>
    </w:p>
    <w:p w14:paraId="73BB62BF" w14:textId="77777777" w:rsidR="0011430E" w:rsidRPr="00CE6785" w:rsidRDefault="00D72FF3">
      <w:pPr>
        <w:pStyle w:val="Nagwek1"/>
        <w:rPr>
          <w:rFonts w:ascii="Cambria" w:hAnsi="Cambria"/>
          <w:sz w:val="22"/>
          <w:szCs w:val="22"/>
          <w:lang w:val="pl-PL"/>
        </w:rPr>
      </w:pPr>
      <w:r w:rsidRPr="00CE6785">
        <w:rPr>
          <w:rFonts w:ascii="Cambria" w:hAnsi="Cambria"/>
          <w:sz w:val="22"/>
          <w:szCs w:val="22"/>
          <w:lang w:val="pl-PL"/>
        </w:rPr>
        <w:t>CZĘŚĆ, NA KTÓRĄ SKŁADANA JEST OFERTA</w:t>
      </w:r>
    </w:p>
    <w:p w14:paraId="76C826DB" w14:textId="708FD303" w:rsidR="0011430E" w:rsidRPr="00CE6785" w:rsidRDefault="00D72FF3">
      <w:pPr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Część nr: ………… (należy wskazać wyłącznie jedną część spośród Części 1–1</w:t>
      </w:r>
      <w:r w:rsidR="00FE48A8">
        <w:rPr>
          <w:rFonts w:ascii="Cambria" w:hAnsi="Cambria"/>
          <w:sz w:val="22"/>
          <w:lang w:val="pl-PL"/>
        </w:rPr>
        <w:t>3</w:t>
      </w:r>
      <w:r w:rsidRPr="00CE6785">
        <w:rPr>
          <w:rFonts w:ascii="Cambria" w:hAnsi="Cambria"/>
          <w:sz w:val="22"/>
          <w:lang w:val="pl-PL"/>
        </w:rPr>
        <w:t>)</w:t>
      </w:r>
    </w:p>
    <w:p w14:paraId="778787EE" w14:textId="77777777" w:rsidR="0011430E" w:rsidRPr="00CE6785" w:rsidRDefault="00D72FF3">
      <w:pPr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Oferent składa ofertę na cały zakres świadczeń przewidziany w SWKO dla wyżej wskazanej części. Oferta obejmująca więcej niż jedną część albo niewskazująca numeru części nie pozwala na przypisanie jej do właściwej części postępowania.</w:t>
      </w:r>
    </w:p>
    <w:p w14:paraId="2576B6B7" w14:textId="77777777" w:rsidR="00CE58AD" w:rsidRPr="00CE6785" w:rsidRDefault="00305A28">
      <w:pPr>
        <w:pStyle w:val="Nagwek1"/>
        <w:rPr>
          <w:rFonts w:ascii="Cambria" w:hAnsi="Cambria"/>
          <w:sz w:val="22"/>
          <w:szCs w:val="22"/>
          <w:lang w:val="pl-PL"/>
        </w:rPr>
      </w:pPr>
      <w:r w:rsidRPr="00CE6785">
        <w:rPr>
          <w:rFonts w:ascii="Cambria" w:hAnsi="Cambria"/>
          <w:sz w:val="22"/>
          <w:szCs w:val="22"/>
          <w:lang w:val="pl-PL"/>
        </w:rPr>
        <w:t>1. Dane Oferenta</w:t>
      </w:r>
    </w:p>
    <w:tbl>
      <w:tblPr>
        <w:tblStyle w:val="Tabela-Siatka"/>
        <w:tblW w:w="9637" w:type="dxa"/>
        <w:jc w:val="center"/>
        <w:tblLayout w:type="fixed"/>
        <w:tblLook w:val="04A0" w:firstRow="1" w:lastRow="0" w:firstColumn="1" w:lastColumn="0" w:noHBand="0" w:noVBand="1"/>
      </w:tblPr>
      <w:tblGrid>
        <w:gridCol w:w="3629"/>
        <w:gridCol w:w="6008"/>
      </w:tblGrid>
      <w:tr w:rsidR="00B579D6" w:rsidRPr="00CE6785" w14:paraId="47DA5BB1" w14:textId="77777777" w:rsidTr="00877378">
        <w:trPr>
          <w:tblHeader/>
          <w:jc w:val="center"/>
        </w:trPr>
        <w:tc>
          <w:tcPr>
            <w:tcW w:w="9637" w:type="dxa"/>
            <w:gridSpan w:val="2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C4AB1" w14:textId="77777777" w:rsidR="00B579D6" w:rsidRPr="00CE6785" w:rsidRDefault="00B579D6" w:rsidP="00B579D6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b/>
                <w:sz w:val="22"/>
                <w:lang w:val="pl-PL"/>
              </w:rPr>
              <w:t>Dane oferenta</w:t>
            </w:r>
          </w:p>
        </w:tc>
      </w:tr>
      <w:tr w:rsidR="00CE58AD" w:rsidRPr="00CE6785" w14:paraId="596F7B72" w14:textId="77777777" w:rsidTr="008E430D">
        <w:trPr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FC64A7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Imię i nazwisko</w:t>
            </w:r>
          </w:p>
        </w:tc>
        <w:tc>
          <w:tcPr>
            <w:tcW w:w="6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AE1BDB" w14:textId="77777777" w:rsidR="00CE58AD" w:rsidRPr="00CE6785" w:rsidRDefault="00CE58AD">
            <w:pPr>
              <w:jc w:val="center"/>
              <w:rPr>
                <w:rFonts w:ascii="Cambria" w:hAnsi="Cambria"/>
                <w:sz w:val="22"/>
                <w:lang w:val="pl-PL"/>
              </w:rPr>
            </w:pPr>
          </w:p>
        </w:tc>
      </w:tr>
      <w:tr w:rsidR="00CE58AD" w:rsidRPr="00CE6785" w14:paraId="0538B26F" w14:textId="77777777" w:rsidTr="008E430D">
        <w:trPr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FAAEB" w14:textId="77777777" w:rsidR="00CE58AD" w:rsidRPr="00CE6785" w:rsidRDefault="00B579D6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 xml:space="preserve">Nazwa </w:t>
            </w:r>
            <w:r w:rsidR="00305A28" w:rsidRPr="00CE6785">
              <w:rPr>
                <w:rFonts w:ascii="Cambria" w:hAnsi="Cambria"/>
                <w:sz w:val="22"/>
                <w:lang w:val="pl-PL"/>
              </w:rPr>
              <w:t>Firm</w:t>
            </w:r>
            <w:r w:rsidRPr="00CE6785">
              <w:rPr>
                <w:rFonts w:ascii="Cambria" w:hAnsi="Cambria"/>
                <w:sz w:val="22"/>
                <w:lang w:val="pl-PL"/>
              </w:rPr>
              <w:t>y</w:t>
            </w:r>
          </w:p>
        </w:tc>
        <w:tc>
          <w:tcPr>
            <w:tcW w:w="6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CBF6E" w14:textId="77777777" w:rsidR="00CE58AD" w:rsidRPr="00CE6785" w:rsidRDefault="00CE58AD">
            <w:pPr>
              <w:jc w:val="center"/>
              <w:rPr>
                <w:rFonts w:ascii="Cambria" w:hAnsi="Cambria"/>
                <w:sz w:val="22"/>
                <w:lang w:val="pl-PL"/>
              </w:rPr>
            </w:pPr>
          </w:p>
        </w:tc>
      </w:tr>
      <w:tr w:rsidR="00CE58AD" w:rsidRPr="00CE6785" w14:paraId="15495E5F" w14:textId="77777777" w:rsidTr="008E430D">
        <w:trPr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20D23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Adres</w:t>
            </w:r>
          </w:p>
        </w:tc>
        <w:tc>
          <w:tcPr>
            <w:tcW w:w="6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ED621" w14:textId="77777777" w:rsidR="00CE58AD" w:rsidRPr="00CE6785" w:rsidRDefault="00CE58AD">
            <w:pPr>
              <w:jc w:val="center"/>
              <w:rPr>
                <w:rFonts w:ascii="Cambria" w:hAnsi="Cambria"/>
                <w:sz w:val="22"/>
                <w:lang w:val="pl-PL"/>
              </w:rPr>
            </w:pPr>
          </w:p>
        </w:tc>
      </w:tr>
      <w:tr w:rsidR="00CE58AD" w:rsidRPr="00CE6785" w14:paraId="4520D723" w14:textId="77777777" w:rsidTr="008E430D">
        <w:trPr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B626B2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NIP / REGON</w:t>
            </w:r>
          </w:p>
        </w:tc>
        <w:tc>
          <w:tcPr>
            <w:tcW w:w="6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F75FBD" w14:textId="77777777" w:rsidR="00CE58AD" w:rsidRPr="00CE6785" w:rsidRDefault="00CE58AD">
            <w:pPr>
              <w:jc w:val="center"/>
              <w:rPr>
                <w:rFonts w:ascii="Cambria" w:hAnsi="Cambria"/>
                <w:sz w:val="22"/>
                <w:lang w:val="pl-PL"/>
              </w:rPr>
            </w:pPr>
          </w:p>
        </w:tc>
      </w:tr>
      <w:tr w:rsidR="00CE58AD" w:rsidRPr="00CE6785" w14:paraId="301E645D" w14:textId="77777777" w:rsidTr="008E430D">
        <w:trPr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EA2EC3" w14:textId="77777777" w:rsidR="00CE58AD" w:rsidRPr="00CE6785" w:rsidRDefault="00B579D6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Numer t</w:t>
            </w:r>
            <w:r w:rsidR="00305A28" w:rsidRPr="00CE6785">
              <w:rPr>
                <w:rFonts w:ascii="Cambria" w:hAnsi="Cambria"/>
                <w:sz w:val="22"/>
                <w:lang w:val="pl-PL"/>
              </w:rPr>
              <w:t>elefon</w:t>
            </w:r>
            <w:r w:rsidRPr="00CE6785">
              <w:rPr>
                <w:rFonts w:ascii="Cambria" w:hAnsi="Cambria"/>
                <w:sz w:val="22"/>
                <w:lang w:val="pl-PL"/>
              </w:rPr>
              <w:t>u</w:t>
            </w:r>
          </w:p>
        </w:tc>
        <w:tc>
          <w:tcPr>
            <w:tcW w:w="6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10A88A" w14:textId="77777777" w:rsidR="00CE58AD" w:rsidRPr="00CE6785" w:rsidRDefault="00CE58AD">
            <w:pPr>
              <w:jc w:val="center"/>
              <w:rPr>
                <w:rFonts w:ascii="Cambria" w:hAnsi="Cambria"/>
                <w:sz w:val="22"/>
                <w:lang w:val="pl-PL"/>
              </w:rPr>
            </w:pPr>
          </w:p>
        </w:tc>
      </w:tr>
      <w:tr w:rsidR="00B579D6" w:rsidRPr="00CE6785" w14:paraId="7DFD3D73" w14:textId="77777777" w:rsidTr="008E430D">
        <w:trPr>
          <w:trHeight w:val="360"/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D2066" w14:textId="0C399072" w:rsidR="00B579D6" w:rsidRPr="00CE6785" w:rsidRDefault="00B579D6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e-mail</w:t>
            </w:r>
            <w:r w:rsidR="004346BB">
              <w:rPr>
                <w:rFonts w:ascii="Cambria" w:hAnsi="Cambria"/>
                <w:sz w:val="22"/>
                <w:lang w:val="pl-PL"/>
              </w:rPr>
              <w:t>:</w:t>
            </w:r>
          </w:p>
        </w:tc>
        <w:tc>
          <w:tcPr>
            <w:tcW w:w="6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0B003" w14:textId="77777777" w:rsidR="00B579D6" w:rsidRPr="00CE6785" w:rsidRDefault="00B579D6">
            <w:pPr>
              <w:jc w:val="center"/>
              <w:rPr>
                <w:rFonts w:ascii="Cambria" w:hAnsi="Cambria"/>
                <w:sz w:val="22"/>
                <w:lang w:val="pl-PL"/>
              </w:rPr>
            </w:pPr>
          </w:p>
        </w:tc>
      </w:tr>
      <w:tr w:rsidR="00CE58AD" w:rsidRPr="00CE6785" w14:paraId="1AFC6D9E" w14:textId="77777777" w:rsidTr="008E430D">
        <w:trPr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2B6739" w14:textId="315EA3A9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N</w:t>
            </w:r>
            <w:r w:rsidR="00B579D6" w:rsidRPr="00CE6785">
              <w:rPr>
                <w:rFonts w:ascii="Cambria" w:hAnsi="Cambria"/>
                <w:sz w:val="22"/>
                <w:lang w:val="pl-PL"/>
              </w:rPr>
              <w:t>umer</w:t>
            </w:r>
            <w:r w:rsidRPr="00CE6785">
              <w:rPr>
                <w:rFonts w:ascii="Cambria" w:hAnsi="Cambria"/>
                <w:sz w:val="22"/>
                <w:lang w:val="pl-PL"/>
              </w:rPr>
              <w:t xml:space="preserve"> prawa wykonywania </w:t>
            </w:r>
            <w:r w:rsidR="00FE1845">
              <w:rPr>
                <w:rFonts w:ascii="Cambria" w:hAnsi="Cambria"/>
                <w:sz w:val="22"/>
                <w:lang w:val="pl-PL"/>
              </w:rPr>
              <w:t xml:space="preserve">zawodu </w:t>
            </w:r>
            <w:r w:rsidR="004346BB">
              <w:rPr>
                <w:rFonts w:ascii="Cambria" w:hAnsi="Cambria"/>
                <w:sz w:val="22"/>
                <w:lang w:val="pl-PL"/>
              </w:rPr>
              <w:t>pielęgniarki/pielęgniarza</w:t>
            </w:r>
          </w:p>
        </w:tc>
        <w:tc>
          <w:tcPr>
            <w:tcW w:w="6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3FF0D" w14:textId="77777777" w:rsidR="00CE58AD" w:rsidRPr="00CE6785" w:rsidRDefault="00CE58AD">
            <w:pPr>
              <w:jc w:val="center"/>
              <w:rPr>
                <w:rFonts w:ascii="Cambria" w:hAnsi="Cambria"/>
                <w:sz w:val="22"/>
                <w:lang w:val="pl-PL"/>
              </w:rPr>
            </w:pPr>
          </w:p>
        </w:tc>
      </w:tr>
      <w:tr w:rsidR="00CE58AD" w:rsidRPr="00CE6785" w14:paraId="7233C423" w14:textId="77777777" w:rsidTr="008E430D">
        <w:trPr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05FC58" w14:textId="0B7BCB75" w:rsidR="00CE58AD" w:rsidRPr="00CE6785" w:rsidRDefault="005855C4">
            <w:pPr>
              <w:rPr>
                <w:rFonts w:ascii="Cambria" w:hAnsi="Cambria"/>
                <w:sz w:val="22"/>
                <w:lang w:val="pl-PL"/>
              </w:rPr>
            </w:pPr>
            <w:r w:rsidRPr="005855C4">
              <w:rPr>
                <w:rFonts w:ascii="Cambria" w:hAnsi="Cambria"/>
                <w:sz w:val="22"/>
                <w:lang w:val="pl-PL"/>
              </w:rPr>
              <w:t>Numer księgi rejestrowej w RPWDL</w:t>
            </w:r>
          </w:p>
        </w:tc>
        <w:tc>
          <w:tcPr>
            <w:tcW w:w="6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AEB3C8" w14:textId="77777777" w:rsidR="00CE58AD" w:rsidRPr="00CE6785" w:rsidRDefault="00CE58AD">
            <w:pPr>
              <w:jc w:val="center"/>
              <w:rPr>
                <w:rFonts w:ascii="Cambria" w:hAnsi="Cambria"/>
                <w:sz w:val="22"/>
                <w:lang w:val="pl-PL"/>
              </w:rPr>
            </w:pPr>
          </w:p>
        </w:tc>
      </w:tr>
    </w:tbl>
    <w:p w14:paraId="46F873AB" w14:textId="77777777" w:rsidR="00CE58AD" w:rsidRPr="00CE6785" w:rsidRDefault="00305A28">
      <w:pPr>
        <w:pStyle w:val="Nagwek1"/>
        <w:rPr>
          <w:rFonts w:ascii="Cambria" w:hAnsi="Cambria"/>
          <w:sz w:val="22"/>
          <w:szCs w:val="22"/>
          <w:lang w:val="pl-PL"/>
        </w:rPr>
      </w:pPr>
      <w:r w:rsidRPr="00CE6785">
        <w:rPr>
          <w:rFonts w:ascii="Cambria" w:hAnsi="Cambria"/>
          <w:sz w:val="22"/>
          <w:szCs w:val="22"/>
          <w:lang w:val="pl-PL"/>
        </w:rPr>
        <w:t>2. Oferta cenowa dla wybranej części</w:t>
      </w:r>
    </w:p>
    <w:p w14:paraId="447A31D3" w14:textId="77777777" w:rsidR="00CE58AD" w:rsidRPr="00CE6785" w:rsidRDefault="00305A28">
      <w:p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Oferuję osobiste udzielanie świadczeń objętych SWKO w zakresie wybranej powyżej części za stawkę wskazaną poniżej i w Formularzu cenowym (Załącznik nr 1a) właściwym dla tej części:</w:t>
      </w:r>
    </w:p>
    <w:tbl>
      <w:tblPr>
        <w:tblStyle w:val="Tabela-Siatka"/>
        <w:tblW w:w="9637" w:type="dxa"/>
        <w:jc w:val="center"/>
        <w:tblLayout w:type="fixed"/>
        <w:tblLook w:val="04A0" w:firstRow="1" w:lastRow="0" w:firstColumn="1" w:lastColumn="0" w:noHBand="0" w:noVBand="1"/>
      </w:tblPr>
      <w:tblGrid>
        <w:gridCol w:w="3629"/>
        <w:gridCol w:w="6008"/>
      </w:tblGrid>
      <w:tr w:rsidR="00CE58AD" w:rsidRPr="00CE6785" w14:paraId="27DB6773" w14:textId="77777777" w:rsidTr="008E430D">
        <w:trPr>
          <w:tblHeader/>
          <w:jc w:val="center"/>
        </w:trPr>
        <w:tc>
          <w:tcPr>
            <w:tcW w:w="3629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6492A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b/>
                <w:sz w:val="22"/>
                <w:lang w:val="pl-PL"/>
              </w:rPr>
              <w:t>Pozycja podlegająca ocenie</w:t>
            </w:r>
          </w:p>
        </w:tc>
        <w:tc>
          <w:tcPr>
            <w:tcW w:w="6008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C19E1C" w14:textId="77777777" w:rsidR="0011430E" w:rsidRPr="00CE6785" w:rsidRDefault="00D72FF3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Oferowana stawka brutto – zgodna z Formularzem cenowym (Załącznik nr 1a) dla wskazanej części</w:t>
            </w:r>
          </w:p>
        </w:tc>
      </w:tr>
      <w:tr w:rsidR="00CE58AD" w:rsidRPr="00CE6785" w14:paraId="3204C4C3" w14:textId="77777777" w:rsidTr="008E430D">
        <w:trPr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C6100" w14:textId="63AADAB2" w:rsidR="0011430E" w:rsidRPr="00CE6785" w:rsidRDefault="00D72FF3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 xml:space="preserve">Stawka brutto za 1 godzinę </w:t>
            </w:r>
            <w:r w:rsidR="00D71D87">
              <w:rPr>
                <w:rFonts w:ascii="Cambria" w:hAnsi="Cambria"/>
                <w:sz w:val="22"/>
                <w:lang w:val="pl-PL"/>
              </w:rPr>
              <w:t>udzielania świadczeń zdrowotnych</w:t>
            </w:r>
            <w:r w:rsidRPr="00CE6785">
              <w:rPr>
                <w:rFonts w:ascii="Cambria" w:hAnsi="Cambria"/>
                <w:sz w:val="22"/>
                <w:lang w:val="pl-PL"/>
              </w:rPr>
              <w:t xml:space="preserve"> – Część nr …………</w:t>
            </w:r>
          </w:p>
        </w:tc>
        <w:tc>
          <w:tcPr>
            <w:tcW w:w="6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1F5A6" w14:textId="77777777" w:rsidR="00B579D6" w:rsidRPr="00CE6785" w:rsidRDefault="00B579D6" w:rsidP="00B579D6">
            <w:pPr>
              <w:rPr>
                <w:rFonts w:ascii="Cambria" w:hAnsi="Cambria"/>
                <w:sz w:val="22"/>
                <w:lang w:val="pl-PL"/>
              </w:rPr>
            </w:pPr>
          </w:p>
          <w:p w14:paraId="59F9A111" w14:textId="77777777" w:rsidR="00B579D6" w:rsidRPr="00CE6785" w:rsidRDefault="00305A28" w:rsidP="00B579D6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…………</w:t>
            </w:r>
            <w:r w:rsidR="00B579D6" w:rsidRPr="00CE6785">
              <w:rPr>
                <w:rFonts w:ascii="Cambria" w:hAnsi="Cambria"/>
                <w:sz w:val="22"/>
                <w:lang w:val="pl-PL"/>
              </w:rPr>
              <w:t>…………………………..</w:t>
            </w:r>
            <w:r w:rsidRPr="00CE6785">
              <w:rPr>
                <w:rFonts w:ascii="Cambria" w:hAnsi="Cambria"/>
                <w:sz w:val="22"/>
                <w:lang w:val="pl-PL"/>
              </w:rPr>
              <w:t xml:space="preserve">……… zł/h; </w:t>
            </w:r>
          </w:p>
          <w:p w14:paraId="58A4F91E" w14:textId="77777777" w:rsidR="00B579D6" w:rsidRPr="00CE6785" w:rsidRDefault="00B579D6">
            <w:pPr>
              <w:jc w:val="center"/>
              <w:rPr>
                <w:rFonts w:ascii="Cambria" w:hAnsi="Cambria"/>
                <w:sz w:val="22"/>
                <w:lang w:val="pl-PL"/>
              </w:rPr>
            </w:pPr>
          </w:p>
          <w:p w14:paraId="4BF5DBF9" w14:textId="77777777" w:rsidR="00CE58AD" w:rsidRPr="00CE6785" w:rsidRDefault="00305A28" w:rsidP="00B579D6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słownie: ………………………………………………………</w:t>
            </w:r>
          </w:p>
        </w:tc>
      </w:tr>
    </w:tbl>
    <w:p w14:paraId="7BFD367E" w14:textId="02D785B2" w:rsidR="00CE58AD" w:rsidRPr="00CE6785" w:rsidRDefault="00305A28" w:rsidP="008E430D">
      <w:pPr>
        <w:spacing w:before="120" w:after="0" w:line="360" w:lineRule="auto"/>
        <w:ind w:left="142"/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 xml:space="preserve">Zaoferowana stawka brutto za godzinę </w:t>
      </w:r>
      <w:r w:rsidR="00D71D87" w:rsidRPr="00D71D87">
        <w:rPr>
          <w:rFonts w:ascii="Cambria" w:hAnsi="Cambria"/>
          <w:sz w:val="22"/>
          <w:lang w:val="pl-PL"/>
        </w:rPr>
        <w:t>udzielania świadczeń zdrowotnych</w:t>
      </w:r>
      <w:r w:rsidRPr="00CE6785">
        <w:rPr>
          <w:rFonts w:ascii="Cambria" w:hAnsi="Cambria"/>
          <w:sz w:val="22"/>
          <w:lang w:val="pl-PL"/>
        </w:rPr>
        <w:t xml:space="preserve"> jest stawką wyjściową do ewentualnych negocjacji prowadzonych odrębnie dla wybranej części. Obejmuje wszystkie koszty realizacji świadczeń</w:t>
      </w:r>
      <w:r w:rsidR="00C53346">
        <w:rPr>
          <w:rFonts w:ascii="Cambria" w:hAnsi="Cambria"/>
          <w:sz w:val="22"/>
          <w:lang w:val="pl-PL"/>
        </w:rPr>
        <w:t>.</w:t>
      </w:r>
    </w:p>
    <w:p w14:paraId="3C206ED1" w14:textId="77777777" w:rsidR="00CE58AD" w:rsidRPr="00CE6785" w:rsidRDefault="00305A28">
      <w:pPr>
        <w:pStyle w:val="Nagwek1"/>
        <w:rPr>
          <w:rFonts w:ascii="Cambria" w:hAnsi="Cambria"/>
          <w:sz w:val="22"/>
          <w:szCs w:val="22"/>
          <w:lang w:val="pl-PL"/>
        </w:rPr>
      </w:pPr>
      <w:r w:rsidRPr="00CE6785">
        <w:rPr>
          <w:rFonts w:ascii="Cambria" w:hAnsi="Cambria"/>
          <w:sz w:val="22"/>
          <w:szCs w:val="22"/>
          <w:lang w:val="pl-PL"/>
        </w:rPr>
        <w:lastRenderedPageBreak/>
        <w:t>3. Kryteria pozacenowe</w:t>
      </w:r>
    </w:p>
    <w:tbl>
      <w:tblPr>
        <w:tblStyle w:val="Tabela-Siatka"/>
        <w:tblW w:w="9637" w:type="dxa"/>
        <w:jc w:val="center"/>
        <w:tblLayout w:type="fixed"/>
        <w:tblLook w:val="04A0" w:firstRow="1" w:lastRow="0" w:firstColumn="1" w:lastColumn="0" w:noHBand="0" w:noVBand="1"/>
      </w:tblPr>
      <w:tblGrid>
        <w:gridCol w:w="3629"/>
        <w:gridCol w:w="2720"/>
        <w:gridCol w:w="3288"/>
      </w:tblGrid>
      <w:tr w:rsidR="00CE58AD" w:rsidRPr="00CE6785" w14:paraId="4F5258B4" w14:textId="77777777" w:rsidTr="008E430D">
        <w:trPr>
          <w:trHeight w:val="771"/>
          <w:tblHeader/>
          <w:jc w:val="center"/>
        </w:trPr>
        <w:tc>
          <w:tcPr>
            <w:tcW w:w="3629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82942" w14:textId="77777777" w:rsidR="00CE58AD" w:rsidRPr="00CE6785" w:rsidRDefault="00305A28" w:rsidP="00424199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b/>
                <w:sz w:val="22"/>
                <w:lang w:val="pl-PL"/>
              </w:rPr>
              <w:t>Kryterium</w:t>
            </w:r>
          </w:p>
        </w:tc>
        <w:tc>
          <w:tcPr>
            <w:tcW w:w="272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3A0F1" w14:textId="77777777" w:rsidR="00CE58AD" w:rsidRPr="00CE6785" w:rsidRDefault="00305A28" w:rsidP="00424199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b/>
                <w:sz w:val="22"/>
                <w:lang w:val="pl-PL"/>
              </w:rPr>
              <w:t>Deklaracja Oferenta</w:t>
            </w:r>
          </w:p>
        </w:tc>
        <w:tc>
          <w:tcPr>
            <w:tcW w:w="3288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220D6" w14:textId="77777777" w:rsidR="00CE58AD" w:rsidRPr="00CE6785" w:rsidRDefault="00305A28" w:rsidP="00424199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b/>
                <w:sz w:val="22"/>
                <w:lang w:val="pl-PL"/>
              </w:rPr>
              <w:t>Dokument</w:t>
            </w:r>
          </w:p>
        </w:tc>
      </w:tr>
      <w:tr w:rsidR="00CE58AD" w:rsidRPr="00CE6785" w14:paraId="77D6F73A" w14:textId="77777777" w:rsidTr="008E430D">
        <w:trPr>
          <w:trHeight w:val="333"/>
          <w:jc w:val="center"/>
        </w:trPr>
        <w:tc>
          <w:tcPr>
            <w:tcW w:w="36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21DC9E" w14:textId="76EDE1B5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 xml:space="preserve">Doświadczenie </w:t>
            </w:r>
          </w:p>
        </w:tc>
        <w:tc>
          <w:tcPr>
            <w:tcW w:w="2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19611B" w14:textId="77777777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…… pełnych lat</w:t>
            </w:r>
          </w:p>
        </w:tc>
        <w:tc>
          <w:tcPr>
            <w:tcW w:w="32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F1C21" w14:textId="77777777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Wykaz doświadczenia – zał. nr 3</w:t>
            </w:r>
          </w:p>
        </w:tc>
      </w:tr>
    </w:tbl>
    <w:p w14:paraId="36DD9D6D" w14:textId="1DA34DC2" w:rsidR="00CE58AD" w:rsidRPr="00CE6785" w:rsidRDefault="00305A28">
      <w:pPr>
        <w:pStyle w:val="Nagwek1"/>
        <w:rPr>
          <w:rFonts w:ascii="Cambria" w:hAnsi="Cambria"/>
          <w:sz w:val="22"/>
          <w:szCs w:val="22"/>
          <w:lang w:val="pl-PL"/>
        </w:rPr>
      </w:pPr>
      <w:r w:rsidRPr="00CE6785">
        <w:rPr>
          <w:rFonts w:ascii="Cambria" w:hAnsi="Cambria"/>
          <w:sz w:val="22"/>
          <w:szCs w:val="22"/>
          <w:lang w:val="pl-PL"/>
        </w:rPr>
        <w:t xml:space="preserve">4. Dyspozycyjność </w:t>
      </w:r>
    </w:p>
    <w:p w14:paraId="6EED2973" w14:textId="511479B3" w:rsidR="00CE58AD" w:rsidRPr="00CE6785" w:rsidRDefault="00F362D4" w:rsidP="008E430D">
      <w:pPr>
        <w:spacing w:line="360" w:lineRule="auto"/>
        <w:jc w:val="both"/>
        <w:rPr>
          <w:rFonts w:ascii="Cambria" w:hAnsi="Cambria"/>
          <w:sz w:val="22"/>
          <w:lang w:val="pl-PL"/>
        </w:rPr>
      </w:pPr>
      <w:r w:rsidRPr="00F362D4">
        <w:rPr>
          <w:rFonts w:ascii="Cambria" w:hAnsi="Cambria"/>
          <w:sz w:val="22"/>
          <w:lang w:val="pl-PL"/>
        </w:rPr>
        <w:t>Informacje w tej części służą wyłącznie organizacji harmonogramów i nie podlegają punktacji.</w:t>
      </w:r>
    </w:p>
    <w:tbl>
      <w:tblPr>
        <w:tblStyle w:val="Tabela-Siatka"/>
        <w:tblW w:w="9637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5956"/>
      </w:tblGrid>
      <w:tr w:rsidR="00CE58AD" w:rsidRPr="00CE6785" w14:paraId="059DECFB" w14:textId="77777777" w:rsidTr="00424199">
        <w:trPr>
          <w:tblHeader/>
          <w:jc w:val="center"/>
        </w:trPr>
        <w:tc>
          <w:tcPr>
            <w:tcW w:w="3681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C0C3A" w14:textId="77777777" w:rsidR="00CE58AD" w:rsidRPr="00CE6785" w:rsidRDefault="00305A28" w:rsidP="00424199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b/>
                <w:sz w:val="22"/>
                <w:lang w:val="pl-PL"/>
              </w:rPr>
              <w:t>Zakres</w:t>
            </w:r>
          </w:p>
        </w:tc>
        <w:tc>
          <w:tcPr>
            <w:tcW w:w="5956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DD2D4" w14:textId="77777777" w:rsidR="00CE58AD" w:rsidRPr="00CE6785" w:rsidRDefault="00305A28" w:rsidP="00424199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b/>
                <w:sz w:val="22"/>
                <w:lang w:val="pl-PL"/>
              </w:rPr>
              <w:t>Deklaracja</w:t>
            </w:r>
          </w:p>
        </w:tc>
      </w:tr>
      <w:tr w:rsidR="00CE58AD" w:rsidRPr="00CE6785" w14:paraId="36141B08" w14:textId="77777777" w:rsidTr="00424199">
        <w:trPr>
          <w:jc w:val="center"/>
        </w:trPr>
        <w:tc>
          <w:tcPr>
            <w:tcW w:w="36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9041F" w14:textId="5CFDF915" w:rsidR="00CE58AD" w:rsidRPr="00CE6785" w:rsidRDefault="00751F58">
            <w:pPr>
              <w:rPr>
                <w:rFonts w:ascii="Cambria" w:hAnsi="Cambria"/>
                <w:sz w:val="22"/>
                <w:lang w:val="pl-PL"/>
              </w:rPr>
            </w:pPr>
            <w:r w:rsidRPr="00751F58">
              <w:rPr>
                <w:rFonts w:ascii="Cambria" w:hAnsi="Cambria"/>
                <w:sz w:val="22"/>
                <w:lang w:val="pl-PL"/>
              </w:rPr>
              <w:t>Gotowość do realizacji średniej liczby godzin miesięcznie przewidzianej w Formularzu cenowym dla wybranej części</w:t>
            </w:r>
          </w:p>
        </w:tc>
        <w:tc>
          <w:tcPr>
            <w:tcW w:w="59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3FCFD0" w14:textId="27EA7EBD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 xml:space="preserve">TAK / NIE </w:t>
            </w:r>
          </w:p>
        </w:tc>
      </w:tr>
    </w:tbl>
    <w:p w14:paraId="78FC7DC5" w14:textId="77777777" w:rsidR="00CE58AD" w:rsidRPr="00CE6785" w:rsidRDefault="00305A28">
      <w:pPr>
        <w:pStyle w:val="Nagwek1"/>
        <w:rPr>
          <w:rFonts w:ascii="Cambria" w:hAnsi="Cambria"/>
          <w:sz w:val="22"/>
          <w:szCs w:val="22"/>
          <w:lang w:val="pl-PL"/>
        </w:rPr>
      </w:pPr>
      <w:r w:rsidRPr="00CE6785">
        <w:rPr>
          <w:rFonts w:ascii="Cambria" w:hAnsi="Cambria"/>
          <w:sz w:val="22"/>
          <w:szCs w:val="22"/>
          <w:lang w:val="pl-PL"/>
        </w:rPr>
        <w:t>5. Oświadczenia Oferenta</w:t>
      </w:r>
    </w:p>
    <w:p w14:paraId="0971ED46" w14:textId="77777777" w:rsidR="00CE58AD" w:rsidRPr="00CE6785" w:rsidRDefault="00305A28" w:rsidP="008E430D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zapoznałem/am się z SWKO, projektem umowy i załącznikami, akceptuję je i nie wnoszę zastrzeżeń;</w:t>
      </w:r>
    </w:p>
    <w:p w14:paraId="72A84FE6" w14:textId="20DF788C" w:rsidR="00CE58AD" w:rsidRPr="00CE6785" w:rsidRDefault="00305A28" w:rsidP="008E430D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 xml:space="preserve">posiadam fachowe kwalifikacje i prawo wykonywania zawodu </w:t>
      </w:r>
      <w:r w:rsidR="001527EA">
        <w:rPr>
          <w:rFonts w:ascii="Cambria" w:hAnsi="Cambria"/>
          <w:sz w:val="22"/>
          <w:lang w:val="pl-PL"/>
        </w:rPr>
        <w:t>pielęgniarki/pielęgniarza</w:t>
      </w:r>
      <w:r w:rsidRPr="00CE6785">
        <w:rPr>
          <w:rFonts w:ascii="Cambria" w:hAnsi="Cambria"/>
          <w:sz w:val="22"/>
          <w:lang w:val="pl-PL"/>
        </w:rPr>
        <w:t xml:space="preserve"> oraz będę je utrzymywać przez cały okres umowy;</w:t>
      </w:r>
    </w:p>
    <w:p w14:paraId="3E0E109C" w14:textId="71A2B7A4" w:rsidR="00CE58AD" w:rsidRPr="00CE6785" w:rsidRDefault="00265FE3" w:rsidP="008E430D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265FE3">
        <w:rPr>
          <w:rFonts w:ascii="Cambria" w:hAnsi="Cambria"/>
          <w:sz w:val="22"/>
          <w:lang w:val="pl-PL"/>
        </w:rPr>
        <w:t xml:space="preserve">prowadzę działalność gospodarczą lub praktykę zawodową uprawniającą do udzielania świadczeń objętych konkursem i zobowiązuję się wykonywać świadczenia </w:t>
      </w:r>
      <w:r w:rsidR="000B394D" w:rsidRPr="00265FE3">
        <w:rPr>
          <w:rFonts w:ascii="Cambria" w:hAnsi="Cambria"/>
          <w:sz w:val="22"/>
          <w:lang w:val="pl-PL"/>
        </w:rPr>
        <w:t>osobiście;</w:t>
      </w:r>
    </w:p>
    <w:p w14:paraId="3C9FF36F" w14:textId="341ED2AC" w:rsidR="00CE58AD" w:rsidRPr="00CE6785" w:rsidRDefault="00305A28" w:rsidP="008E430D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zaoferowana cena obejmuje wszystkie koszty wykonania umowy w wybranej części</w:t>
      </w:r>
      <w:r w:rsidR="001527EA">
        <w:rPr>
          <w:rFonts w:ascii="Cambria" w:hAnsi="Cambria"/>
          <w:sz w:val="22"/>
          <w:lang w:val="pl-PL"/>
        </w:rPr>
        <w:t xml:space="preserve"> </w:t>
      </w:r>
      <w:r w:rsidRPr="00CE6785">
        <w:rPr>
          <w:rFonts w:ascii="Cambria" w:hAnsi="Cambria"/>
          <w:sz w:val="22"/>
          <w:lang w:val="pl-PL"/>
        </w:rPr>
        <w:t>i pozostaję związany/a ofertą przez okres wskazany w SWKO;</w:t>
      </w:r>
    </w:p>
    <w:p w14:paraId="5F4ABD18" w14:textId="77777777" w:rsidR="00CE58AD" w:rsidRPr="00CE6785" w:rsidRDefault="00305A28" w:rsidP="008E430D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posiadam polisę OC wymaganą w SWKO albo przedłożę ją przed zawarciem umowy;</w:t>
      </w:r>
    </w:p>
    <w:p w14:paraId="51451E68" w14:textId="77777777" w:rsidR="00CE58AD" w:rsidRPr="00CE6785" w:rsidRDefault="00305A28" w:rsidP="008E430D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podane informacje są prawdziwe i wyrażam zgodę na ich weryfikację w rejestrach oraz na żądanie dokumentów źródłowych;</w:t>
      </w:r>
    </w:p>
    <w:p w14:paraId="63AC49B4" w14:textId="77777777" w:rsidR="00CE58AD" w:rsidRPr="00CE6785" w:rsidRDefault="00305A28" w:rsidP="008E430D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nie zachodzą wobec mnie przeszkody prawne ani zdrowotne uniemożliwiające wykonywanie</w:t>
      </w:r>
      <w:r w:rsidR="008E430D" w:rsidRPr="00CE6785">
        <w:rPr>
          <w:rFonts w:ascii="Cambria" w:hAnsi="Cambria"/>
          <w:sz w:val="22"/>
          <w:lang w:val="pl-PL"/>
        </w:rPr>
        <w:t xml:space="preserve"> </w:t>
      </w:r>
      <w:r w:rsidRPr="00CE6785">
        <w:rPr>
          <w:rFonts w:ascii="Cambria" w:hAnsi="Cambria"/>
          <w:sz w:val="22"/>
          <w:lang w:val="pl-PL"/>
        </w:rPr>
        <w:t>świadczeń;</w:t>
      </w:r>
    </w:p>
    <w:p w14:paraId="63947AFF" w14:textId="77777777" w:rsidR="00CE58AD" w:rsidRPr="00CE6785" w:rsidRDefault="00305A28" w:rsidP="008E430D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wypełniłem/am obowiązki informacyjne wynikające z art. 13 i 14 RODO wobec osób, których dane przekazuję w ofercie, albo obowiązek ten mnie nie dotyczy;</w:t>
      </w:r>
    </w:p>
    <w:p w14:paraId="523F6519" w14:textId="0F82DF4D" w:rsidR="00CE58AD" w:rsidRPr="00CE6785" w:rsidRDefault="00305A28" w:rsidP="008E430D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przyjmuję do wiadomości, że postępowanie zostało podzielone na 1</w:t>
      </w:r>
      <w:r w:rsidR="001527EA">
        <w:rPr>
          <w:rFonts w:ascii="Cambria" w:hAnsi="Cambria"/>
          <w:sz w:val="22"/>
          <w:lang w:val="pl-PL"/>
        </w:rPr>
        <w:t>3</w:t>
      </w:r>
      <w:r w:rsidRPr="00CE6785">
        <w:rPr>
          <w:rFonts w:ascii="Cambria" w:hAnsi="Cambria"/>
          <w:sz w:val="22"/>
          <w:lang w:val="pl-PL"/>
        </w:rPr>
        <w:t xml:space="preserve"> części, w każdej części zostanie wybrany jeden Oferent, a niniejsza oferta dotyczy wyłącznie części wskazanej powyżej;</w:t>
      </w:r>
    </w:p>
    <w:p w14:paraId="3F66DD12" w14:textId="1D025C3E" w:rsidR="006E5D38" w:rsidRPr="006E5D38" w:rsidRDefault="006E5D38" w:rsidP="006E5D38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6E5D38">
        <w:rPr>
          <w:rFonts w:ascii="Cambria" w:hAnsi="Cambria"/>
          <w:sz w:val="22"/>
          <w:lang w:val="pl-PL"/>
        </w:rPr>
        <w:t>przyjmuję do wiadomości, że umowa będzie wykonywana:</w:t>
      </w:r>
    </w:p>
    <w:p w14:paraId="683BD2E7" w14:textId="24710B24" w:rsidR="006E5D38" w:rsidRPr="006E5D38" w:rsidRDefault="006E5D38" w:rsidP="006E5D38">
      <w:pPr>
        <w:pStyle w:val="Listapunktowana"/>
        <w:ind w:left="360"/>
        <w:jc w:val="both"/>
        <w:rPr>
          <w:rFonts w:ascii="Cambria" w:hAnsi="Cambria"/>
          <w:sz w:val="22"/>
          <w:lang w:val="pl-PL"/>
        </w:rPr>
      </w:pPr>
      <w:r w:rsidRPr="006E5D38">
        <w:rPr>
          <w:rFonts w:ascii="Cambria" w:hAnsi="Cambria"/>
          <w:sz w:val="22"/>
          <w:lang w:val="pl-PL"/>
        </w:rPr>
        <w:t xml:space="preserve">a) dla Części nr 1–9 i 13 – przez 15 miesięcy, </w:t>
      </w:r>
      <w:r>
        <w:rPr>
          <w:rFonts w:ascii="Cambria" w:hAnsi="Cambria"/>
          <w:sz w:val="22"/>
          <w:lang w:val="pl-PL"/>
        </w:rPr>
        <w:tab/>
      </w:r>
      <w:r w:rsidRPr="006E5D38">
        <w:rPr>
          <w:rFonts w:ascii="Cambria" w:hAnsi="Cambria"/>
          <w:sz w:val="22"/>
          <w:lang w:val="pl-PL"/>
        </w:rPr>
        <w:t>od 1 października 2026 r. do 31 grudnia 2027 r.;</w:t>
      </w:r>
    </w:p>
    <w:p w14:paraId="235010B2" w14:textId="11D7F639" w:rsidR="006E5D38" w:rsidRDefault="006E5D38" w:rsidP="006E5D38">
      <w:pPr>
        <w:pStyle w:val="Listapunktowana"/>
        <w:ind w:left="360"/>
        <w:jc w:val="both"/>
        <w:rPr>
          <w:rFonts w:ascii="Cambria" w:hAnsi="Cambria"/>
          <w:sz w:val="22"/>
          <w:lang w:val="pl-PL"/>
        </w:rPr>
      </w:pPr>
      <w:r w:rsidRPr="006E5D38">
        <w:rPr>
          <w:rFonts w:ascii="Cambria" w:hAnsi="Cambria"/>
          <w:sz w:val="22"/>
          <w:lang w:val="pl-PL"/>
        </w:rPr>
        <w:t xml:space="preserve">b) dla Części nr 10–12 – przez 14 miesięcy, </w:t>
      </w:r>
      <w:r>
        <w:rPr>
          <w:rFonts w:ascii="Cambria" w:hAnsi="Cambria"/>
          <w:sz w:val="22"/>
          <w:lang w:val="pl-PL"/>
        </w:rPr>
        <w:tab/>
      </w:r>
      <w:r w:rsidRPr="006E5D38">
        <w:rPr>
          <w:rFonts w:ascii="Cambria" w:hAnsi="Cambria"/>
          <w:sz w:val="22"/>
          <w:lang w:val="pl-PL"/>
        </w:rPr>
        <w:t xml:space="preserve">od 1 listopada 2026 r. </w:t>
      </w:r>
      <w:r>
        <w:rPr>
          <w:rFonts w:ascii="Cambria" w:hAnsi="Cambria"/>
          <w:sz w:val="22"/>
          <w:lang w:val="pl-PL"/>
        </w:rPr>
        <w:tab/>
      </w:r>
      <w:r w:rsidR="00EB61DD">
        <w:rPr>
          <w:rFonts w:ascii="Cambria" w:hAnsi="Cambria"/>
          <w:sz w:val="22"/>
          <w:lang w:val="pl-PL"/>
        </w:rPr>
        <w:t xml:space="preserve">      </w:t>
      </w:r>
      <w:r w:rsidRPr="006E5D38">
        <w:rPr>
          <w:rFonts w:ascii="Cambria" w:hAnsi="Cambria"/>
          <w:sz w:val="22"/>
          <w:lang w:val="pl-PL"/>
        </w:rPr>
        <w:t>do 31 grudnia 2027 r.</w:t>
      </w:r>
    </w:p>
    <w:p w14:paraId="23F36AD7" w14:textId="77777777" w:rsidR="0011430E" w:rsidRPr="00CE6785" w:rsidRDefault="00D72FF3" w:rsidP="00A83160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akceptuję możliwość skorzystania przez Udzielającego Zamówienia z prawa opcji do 50% wartości zamówienia podstawowego, przy zachowaniu cen jednostkowych; łączna wartość świadczeń nie może przekroczyć maksymalnej wartości umowy obejmującej zamówienie podstawowe i uruchomioną opcję;</w:t>
      </w:r>
    </w:p>
    <w:p w14:paraId="4C566F14" w14:textId="77777777" w:rsidR="0011430E" w:rsidRPr="00CE6785" w:rsidRDefault="00D72FF3" w:rsidP="00A83160">
      <w:pPr>
        <w:pStyle w:val="Listapunktowana"/>
        <w:numPr>
          <w:ilvl w:val="0"/>
          <w:numId w:val="1"/>
        </w:num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przyjmuję do wiadomości, że złożenie oferty nie gwarantuje zawarcia umowy ani zlecenia określonej liczby godzin.</w:t>
      </w:r>
    </w:p>
    <w:p w14:paraId="2AF03C37" w14:textId="77777777" w:rsidR="00CE58AD" w:rsidRPr="00CE6785" w:rsidRDefault="00305A28">
      <w:pPr>
        <w:pStyle w:val="Nagwek1"/>
        <w:rPr>
          <w:rFonts w:ascii="Cambria" w:hAnsi="Cambria"/>
          <w:sz w:val="22"/>
          <w:szCs w:val="22"/>
          <w:lang w:val="pl-PL"/>
        </w:rPr>
      </w:pPr>
      <w:r w:rsidRPr="00CE6785">
        <w:rPr>
          <w:rFonts w:ascii="Cambria" w:hAnsi="Cambria"/>
          <w:sz w:val="22"/>
          <w:szCs w:val="22"/>
          <w:lang w:val="pl-PL"/>
        </w:rPr>
        <w:t>6. Wykaz załączników</w:t>
      </w:r>
    </w:p>
    <w:tbl>
      <w:tblPr>
        <w:tblStyle w:val="Tabela-Siatka"/>
        <w:tblW w:w="9637" w:type="dxa"/>
        <w:jc w:val="center"/>
        <w:tblLayout w:type="fixed"/>
        <w:tblLook w:val="04A0" w:firstRow="1" w:lastRow="0" w:firstColumn="1" w:lastColumn="0" w:noHBand="0" w:noVBand="1"/>
      </w:tblPr>
      <w:tblGrid>
        <w:gridCol w:w="5755"/>
        <w:gridCol w:w="3882"/>
      </w:tblGrid>
      <w:tr w:rsidR="00CE58AD" w:rsidRPr="00CE6785" w14:paraId="32AB8BB9" w14:textId="77777777" w:rsidTr="008E430D">
        <w:trPr>
          <w:tblHeader/>
          <w:jc w:val="center"/>
        </w:trPr>
        <w:tc>
          <w:tcPr>
            <w:tcW w:w="5755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2DDAD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b/>
                <w:sz w:val="22"/>
                <w:lang w:val="pl-PL"/>
              </w:rPr>
              <w:t>Dokument</w:t>
            </w:r>
          </w:p>
        </w:tc>
        <w:tc>
          <w:tcPr>
            <w:tcW w:w="3882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F0B90" w14:textId="77777777" w:rsidR="00CE58AD" w:rsidRPr="00CE6785" w:rsidRDefault="00305A28" w:rsidP="002C2756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b/>
                <w:sz w:val="22"/>
                <w:lang w:val="pl-PL"/>
              </w:rPr>
              <w:t>Załączono</w:t>
            </w:r>
          </w:p>
        </w:tc>
      </w:tr>
      <w:tr w:rsidR="00CE58AD" w:rsidRPr="00CE6785" w14:paraId="4D91A82A" w14:textId="77777777" w:rsidTr="008E430D">
        <w:trPr>
          <w:jc w:val="center"/>
        </w:trPr>
        <w:tc>
          <w:tcPr>
            <w:tcW w:w="5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1C0E12" w14:textId="77777777" w:rsidR="0011430E" w:rsidRPr="00CE6785" w:rsidRDefault="00D72FF3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Formularz cenowy (Załącznik nr 1a) właściwy dla wskazanej części</w:t>
            </w:r>
          </w:p>
        </w:tc>
        <w:tc>
          <w:tcPr>
            <w:tcW w:w="38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4CEE3" w14:textId="296CC218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TAK / NIE</w:t>
            </w:r>
          </w:p>
        </w:tc>
      </w:tr>
      <w:tr w:rsidR="00CE58AD" w:rsidRPr="00CE6785" w14:paraId="5CE1F046" w14:textId="77777777" w:rsidTr="008E430D">
        <w:trPr>
          <w:jc w:val="center"/>
        </w:trPr>
        <w:tc>
          <w:tcPr>
            <w:tcW w:w="5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D3AF5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Dokument PWZ / dane do weryfikacji</w:t>
            </w:r>
          </w:p>
        </w:tc>
        <w:tc>
          <w:tcPr>
            <w:tcW w:w="38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FBB1D5" w14:textId="5AD924CA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 xml:space="preserve">TAK / NIE </w:t>
            </w:r>
          </w:p>
        </w:tc>
      </w:tr>
      <w:tr w:rsidR="00CE58AD" w:rsidRPr="00CE6785" w14:paraId="12F16AD8" w14:textId="77777777" w:rsidTr="008E430D">
        <w:trPr>
          <w:jc w:val="center"/>
        </w:trPr>
        <w:tc>
          <w:tcPr>
            <w:tcW w:w="5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B9A99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lastRenderedPageBreak/>
              <w:t>Wydruk CEIDG</w:t>
            </w:r>
            <w:r w:rsidR="008E430D" w:rsidRPr="00CE6785">
              <w:rPr>
                <w:rFonts w:ascii="Cambria" w:hAnsi="Cambria"/>
                <w:sz w:val="22"/>
                <w:lang w:val="pl-PL"/>
              </w:rPr>
              <w:t xml:space="preserve"> </w:t>
            </w:r>
          </w:p>
        </w:tc>
        <w:tc>
          <w:tcPr>
            <w:tcW w:w="38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6D25F" w14:textId="078C27FA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 xml:space="preserve">TAK / NIE </w:t>
            </w:r>
          </w:p>
        </w:tc>
      </w:tr>
      <w:tr w:rsidR="00CE58AD" w:rsidRPr="00CE6785" w14:paraId="381449BF" w14:textId="77777777" w:rsidTr="008E430D">
        <w:trPr>
          <w:jc w:val="center"/>
        </w:trPr>
        <w:tc>
          <w:tcPr>
            <w:tcW w:w="5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C9C43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Wykaz doświadczenia</w:t>
            </w:r>
          </w:p>
        </w:tc>
        <w:tc>
          <w:tcPr>
            <w:tcW w:w="38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238E3B" w14:textId="333CE55C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 xml:space="preserve">TAK / NIE </w:t>
            </w:r>
          </w:p>
        </w:tc>
      </w:tr>
      <w:tr w:rsidR="00CE58AD" w:rsidRPr="00CE6785" w14:paraId="535A4395" w14:textId="77777777" w:rsidTr="008E430D">
        <w:trPr>
          <w:jc w:val="center"/>
        </w:trPr>
        <w:tc>
          <w:tcPr>
            <w:tcW w:w="5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12BC5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Polisa OC lub zobowiązanie</w:t>
            </w:r>
          </w:p>
        </w:tc>
        <w:tc>
          <w:tcPr>
            <w:tcW w:w="38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8CC82" w14:textId="2AB91665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TAK / NIE</w:t>
            </w:r>
          </w:p>
        </w:tc>
      </w:tr>
      <w:tr w:rsidR="00CE58AD" w:rsidRPr="00CE6785" w14:paraId="4A578DDA" w14:textId="77777777" w:rsidTr="008E430D">
        <w:trPr>
          <w:jc w:val="center"/>
        </w:trPr>
        <w:tc>
          <w:tcPr>
            <w:tcW w:w="5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F9959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Oświadczenie z załącznika nr 2</w:t>
            </w:r>
          </w:p>
        </w:tc>
        <w:tc>
          <w:tcPr>
            <w:tcW w:w="38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ACC97" w14:textId="60507804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TAK / NIE</w:t>
            </w:r>
          </w:p>
        </w:tc>
      </w:tr>
      <w:tr w:rsidR="00CE58AD" w:rsidRPr="00CE6785" w14:paraId="3F274527" w14:textId="77777777" w:rsidTr="008E430D">
        <w:trPr>
          <w:jc w:val="center"/>
        </w:trPr>
        <w:tc>
          <w:tcPr>
            <w:tcW w:w="5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E9CB99" w14:textId="77777777" w:rsidR="00CE58AD" w:rsidRPr="00CE6785" w:rsidRDefault="00305A28">
            <w:pPr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Pełnomocnictwo – jeżeli dotyczy</w:t>
            </w:r>
          </w:p>
        </w:tc>
        <w:tc>
          <w:tcPr>
            <w:tcW w:w="38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347988" w14:textId="77777777" w:rsidR="00CE58AD" w:rsidRPr="00CE6785" w:rsidRDefault="00305A28">
            <w:pPr>
              <w:jc w:val="center"/>
              <w:rPr>
                <w:rFonts w:ascii="Cambria" w:hAnsi="Cambria"/>
                <w:sz w:val="22"/>
                <w:lang w:val="pl-PL"/>
              </w:rPr>
            </w:pPr>
            <w:r w:rsidRPr="00CE6785">
              <w:rPr>
                <w:rFonts w:ascii="Cambria" w:hAnsi="Cambria"/>
                <w:sz w:val="22"/>
                <w:lang w:val="pl-PL"/>
              </w:rPr>
              <w:t>TAK / NIE / NIE DOTYCZY</w:t>
            </w:r>
          </w:p>
        </w:tc>
      </w:tr>
    </w:tbl>
    <w:p w14:paraId="6094AEA0" w14:textId="77777777" w:rsidR="00CE58AD" w:rsidRPr="00CE6785" w:rsidRDefault="00305A28">
      <w:pPr>
        <w:pStyle w:val="Nagwek1"/>
        <w:rPr>
          <w:rFonts w:ascii="Cambria" w:hAnsi="Cambria"/>
          <w:sz w:val="22"/>
          <w:szCs w:val="22"/>
          <w:lang w:val="pl-PL"/>
        </w:rPr>
      </w:pPr>
      <w:r w:rsidRPr="00CE6785">
        <w:rPr>
          <w:rFonts w:ascii="Cambria" w:hAnsi="Cambria"/>
          <w:sz w:val="22"/>
          <w:szCs w:val="22"/>
          <w:lang w:val="pl-PL"/>
        </w:rPr>
        <w:t>7. Osoba do kontaktu</w:t>
      </w:r>
    </w:p>
    <w:p w14:paraId="42FC1893" w14:textId="77777777" w:rsidR="008E430D" w:rsidRPr="00CE6785" w:rsidRDefault="00305A28">
      <w:p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 xml:space="preserve">Imię i nazwisko: ……………………………………………  </w:t>
      </w:r>
    </w:p>
    <w:p w14:paraId="672EF6EC" w14:textId="77777777" w:rsidR="00424199" w:rsidRDefault="00305A28">
      <w:p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 xml:space="preserve">Telefon: ………………………  </w:t>
      </w:r>
    </w:p>
    <w:p w14:paraId="5C47A12F" w14:textId="44721225" w:rsidR="00CE58AD" w:rsidRPr="00CE6785" w:rsidRDefault="00305A28">
      <w:p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E-mail: ……………………………………………</w:t>
      </w:r>
    </w:p>
    <w:p w14:paraId="42FF637D" w14:textId="77777777" w:rsidR="00CE58AD" w:rsidRPr="00CE6785" w:rsidRDefault="00305A28">
      <w:pPr>
        <w:pStyle w:val="Nagwek1"/>
        <w:rPr>
          <w:rFonts w:ascii="Cambria" w:hAnsi="Cambria"/>
          <w:sz w:val="22"/>
          <w:szCs w:val="22"/>
          <w:lang w:val="pl-PL"/>
        </w:rPr>
      </w:pPr>
      <w:r w:rsidRPr="00CE6785">
        <w:rPr>
          <w:rFonts w:ascii="Cambria" w:hAnsi="Cambria"/>
          <w:sz w:val="22"/>
          <w:szCs w:val="22"/>
          <w:lang w:val="pl-PL"/>
        </w:rPr>
        <w:t>8. Zastrzeżenie poufności</w:t>
      </w:r>
    </w:p>
    <w:p w14:paraId="5A987CF6" w14:textId="77777777" w:rsidR="00CE58AD" w:rsidRPr="00CE6785" w:rsidRDefault="00305A28">
      <w:pPr>
        <w:jc w:val="both"/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Dokumenty lub informacje, które nie powinny być udostępniane, wraz z uzasadnieniem: …………………………………………………………………………………………………………………………………………………………</w:t>
      </w:r>
    </w:p>
    <w:p w14:paraId="26FEDF4E" w14:textId="77777777" w:rsidR="00D34B38" w:rsidRPr="00CE6785" w:rsidRDefault="00D34B38" w:rsidP="00D34B38">
      <w:pPr>
        <w:rPr>
          <w:rFonts w:ascii="Cambria" w:hAnsi="Cambria"/>
          <w:sz w:val="22"/>
          <w:lang w:val="pl-PL"/>
        </w:rPr>
      </w:pPr>
    </w:p>
    <w:p w14:paraId="1AC9896E" w14:textId="77777777" w:rsidR="00CE58AD" w:rsidRPr="00CE6785" w:rsidRDefault="00305A28" w:rsidP="00D34B38">
      <w:pPr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sz w:val="22"/>
          <w:lang w:val="pl-PL"/>
        </w:rPr>
        <w:t>Miejscowość i data: ……………………………………………</w:t>
      </w:r>
    </w:p>
    <w:p w14:paraId="40AA0F7C" w14:textId="77777777" w:rsidR="00D34B38" w:rsidRPr="00CE6785" w:rsidRDefault="00D34B38" w:rsidP="00D34B38">
      <w:pPr>
        <w:rPr>
          <w:rFonts w:ascii="Cambria" w:hAnsi="Cambria"/>
          <w:b/>
          <w:sz w:val="22"/>
          <w:lang w:val="pl-PL"/>
        </w:rPr>
      </w:pPr>
    </w:p>
    <w:p w14:paraId="5720EFAC" w14:textId="77777777" w:rsidR="00CE58AD" w:rsidRPr="00CE6785" w:rsidRDefault="00305A28" w:rsidP="00D34B38">
      <w:pPr>
        <w:rPr>
          <w:rFonts w:ascii="Cambria" w:hAnsi="Cambria"/>
          <w:sz w:val="22"/>
          <w:lang w:val="pl-PL"/>
        </w:rPr>
      </w:pPr>
      <w:r w:rsidRPr="00CE6785">
        <w:rPr>
          <w:rFonts w:ascii="Cambria" w:hAnsi="Cambria"/>
          <w:b/>
          <w:sz w:val="22"/>
          <w:lang w:val="pl-PL"/>
        </w:rPr>
        <w:t>Podpis Oferenta / pełnomocnika: ……………………………………………</w:t>
      </w:r>
    </w:p>
    <w:p w14:paraId="25977B58" w14:textId="77777777" w:rsidR="00D34B38" w:rsidRPr="00CE6785" w:rsidRDefault="00D34B38" w:rsidP="00D34B38">
      <w:pPr>
        <w:rPr>
          <w:rFonts w:ascii="Cambria" w:hAnsi="Cambria"/>
          <w:i/>
          <w:sz w:val="22"/>
          <w:lang w:val="pl-PL"/>
        </w:rPr>
      </w:pPr>
    </w:p>
    <w:p w14:paraId="3F639AFD" w14:textId="77777777" w:rsidR="00CE58AD" w:rsidRPr="00CE6785" w:rsidRDefault="00305A28" w:rsidP="00A83160">
      <w:pPr>
        <w:jc w:val="center"/>
        <w:rPr>
          <w:rFonts w:ascii="Cambria" w:hAnsi="Cambria"/>
          <w:color w:val="EE0000"/>
          <w:sz w:val="22"/>
          <w:lang w:val="pl-PL"/>
        </w:rPr>
      </w:pPr>
      <w:r w:rsidRPr="00CE6785">
        <w:rPr>
          <w:rFonts w:ascii="Cambria" w:hAnsi="Cambria"/>
          <w:color w:val="EE0000"/>
          <w:sz w:val="22"/>
          <w:lang w:val="pl-PL"/>
        </w:rPr>
        <w:t>W przypadku oferty składanej w postaci elektronicznej formularz i pozostałe dokumenty należy sporządzić i podpisać w sposób wymagany w SWKO oraz przesłać na wskazany tam adres e-mail.</w:t>
      </w:r>
    </w:p>
    <w:sectPr w:rsidR="00CE58AD" w:rsidRPr="00CE6785" w:rsidSect="00034616">
      <w:headerReference w:type="default" r:id="rId8"/>
      <w:footerReference w:type="default" r:id="rId9"/>
      <w:pgSz w:w="11906" w:h="16838"/>
      <w:pgMar w:top="822" w:right="1020" w:bottom="822" w:left="113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1A13C" w14:textId="77777777" w:rsidR="00FF185C" w:rsidRDefault="00FF185C">
      <w:pPr>
        <w:spacing w:after="0" w:line="240" w:lineRule="auto"/>
      </w:pPr>
      <w:r>
        <w:separator/>
      </w:r>
    </w:p>
  </w:endnote>
  <w:endnote w:type="continuationSeparator" w:id="0">
    <w:p w14:paraId="7CFB32BC" w14:textId="77777777" w:rsidR="00FF185C" w:rsidRDefault="00FF1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482061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C3D4DA7" w14:textId="77777777" w:rsidR="008E430D" w:rsidRDefault="008E430D">
            <w:pPr>
              <w:pStyle w:val="Stopka"/>
              <w:jc w:val="center"/>
            </w:pPr>
          </w:p>
          <w:p w14:paraId="16D8DEAE" w14:textId="77777777" w:rsidR="008E430D" w:rsidRDefault="008E430D" w:rsidP="008E430D">
            <w:pPr>
              <w:pStyle w:val="Stopka"/>
              <w:pBdr>
                <w:top w:val="single" w:sz="4" w:space="1" w:color="auto"/>
              </w:pBdr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E378FA" w14:textId="77777777" w:rsidR="00CE58AD" w:rsidRDefault="00CE58AD" w:rsidP="008E430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77263" w14:textId="77777777" w:rsidR="00FF185C" w:rsidRDefault="00FF185C">
      <w:pPr>
        <w:spacing w:after="0" w:line="240" w:lineRule="auto"/>
      </w:pPr>
      <w:r>
        <w:separator/>
      </w:r>
    </w:p>
  </w:footnote>
  <w:footnote w:type="continuationSeparator" w:id="0">
    <w:p w14:paraId="04CFA130" w14:textId="77777777" w:rsidR="00FF185C" w:rsidRDefault="00FF1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5984" w14:textId="77777777" w:rsidR="00CE58AD" w:rsidRDefault="00305A28">
    <w:pPr>
      <w:pStyle w:val="Nagwek"/>
      <w:jc w:val="right"/>
    </w:pPr>
    <w:r>
      <w:rPr>
        <w:color w:val="5A5A5A"/>
        <w:sz w:val="15"/>
      </w:rPr>
      <w:t>ZOZ W NIDZICY | ZAŁĄCZNIK NR 1 –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num w:numId="1" w16cid:durableId="1897861526">
    <w:abstractNumId w:val="8"/>
  </w:num>
  <w:num w:numId="2" w16cid:durableId="787089535">
    <w:abstractNumId w:val="6"/>
  </w:num>
  <w:num w:numId="3" w16cid:durableId="373308501">
    <w:abstractNumId w:val="5"/>
  </w:num>
  <w:num w:numId="4" w16cid:durableId="1900360767">
    <w:abstractNumId w:val="4"/>
  </w:num>
  <w:num w:numId="5" w16cid:durableId="1252810757">
    <w:abstractNumId w:val="7"/>
  </w:num>
  <w:num w:numId="6" w16cid:durableId="859901276">
    <w:abstractNumId w:val="3"/>
  </w:num>
  <w:num w:numId="7" w16cid:durableId="1157309672">
    <w:abstractNumId w:val="2"/>
  </w:num>
  <w:num w:numId="8" w16cid:durableId="1906255149">
    <w:abstractNumId w:val="1"/>
  </w:num>
  <w:num w:numId="9" w16cid:durableId="208047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AB7"/>
    <w:rsid w:val="00034616"/>
    <w:rsid w:val="0006063C"/>
    <w:rsid w:val="000B394D"/>
    <w:rsid w:val="0011430E"/>
    <w:rsid w:val="0015074B"/>
    <w:rsid w:val="001527EA"/>
    <w:rsid w:val="0017272D"/>
    <w:rsid w:val="00182811"/>
    <w:rsid w:val="00265FE3"/>
    <w:rsid w:val="0029639D"/>
    <w:rsid w:val="002C2756"/>
    <w:rsid w:val="00305A28"/>
    <w:rsid w:val="00326F90"/>
    <w:rsid w:val="00424199"/>
    <w:rsid w:val="004346BB"/>
    <w:rsid w:val="004709D6"/>
    <w:rsid w:val="00502731"/>
    <w:rsid w:val="00553C27"/>
    <w:rsid w:val="005855C4"/>
    <w:rsid w:val="00656078"/>
    <w:rsid w:val="006E5D38"/>
    <w:rsid w:val="00751F58"/>
    <w:rsid w:val="007B6E5D"/>
    <w:rsid w:val="008A31CA"/>
    <w:rsid w:val="008B3845"/>
    <w:rsid w:val="008E430D"/>
    <w:rsid w:val="00911FE2"/>
    <w:rsid w:val="00946A91"/>
    <w:rsid w:val="0097454B"/>
    <w:rsid w:val="009B73D5"/>
    <w:rsid w:val="00A83160"/>
    <w:rsid w:val="00AA1D8D"/>
    <w:rsid w:val="00B47730"/>
    <w:rsid w:val="00B56136"/>
    <w:rsid w:val="00B579D6"/>
    <w:rsid w:val="00B671AC"/>
    <w:rsid w:val="00C53346"/>
    <w:rsid w:val="00C74AE0"/>
    <w:rsid w:val="00CB0664"/>
    <w:rsid w:val="00CD68D6"/>
    <w:rsid w:val="00CE58AD"/>
    <w:rsid w:val="00CE6785"/>
    <w:rsid w:val="00D32455"/>
    <w:rsid w:val="00D34B38"/>
    <w:rsid w:val="00D71D87"/>
    <w:rsid w:val="00D72FF3"/>
    <w:rsid w:val="00DF577F"/>
    <w:rsid w:val="00EB61DD"/>
    <w:rsid w:val="00F362D4"/>
    <w:rsid w:val="00F554DC"/>
    <w:rsid w:val="00FC693F"/>
    <w:rsid w:val="00FE1845"/>
    <w:rsid w:val="00FE48A8"/>
    <w:rsid w:val="00FF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159EA2"/>
  <w14:defaultImageDpi w14:val="330"/>
  <w15:docId w15:val="{61A5828B-9FFB-4800-8F8A-E7739EB0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623</Words>
  <Characters>3912</Characters>
  <Application>Microsoft Office Word</Application>
  <DocSecurity>0</DocSecurity>
  <Lines>122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– Formularz ofertowy</dc:title>
  <dc:subject/>
  <dc:creator>Zespół Opieki Zdrowotnej w Nidzicy</dc:creator>
  <cp:keywords/>
  <dc:description>generated by python-docx</dc:description>
  <cp:lastModifiedBy>Lucyna Brejnak</cp:lastModifiedBy>
  <cp:revision>26</cp:revision>
  <dcterms:created xsi:type="dcterms:W3CDTF">2026-09-03T13:59:00Z</dcterms:created>
  <dcterms:modified xsi:type="dcterms:W3CDTF">2026-09-17T10:39:00Z</dcterms:modified>
  <cp:category/>
</cp:coreProperties>
</file>