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35FE3" w14:textId="77777777" w:rsidR="00553E83" w:rsidRDefault="006461AC">
      <w:pPr>
        <w:jc w:val="center"/>
      </w:pPr>
      <w:r>
        <w:rPr>
          <w:b/>
          <w:color w:val="1F4E78"/>
          <w:sz w:val="32"/>
        </w:rPr>
        <w:t>FORMULARZ OFERTOWY</w:t>
      </w:r>
    </w:p>
    <w:p w14:paraId="3DE27875" w14:textId="77777777" w:rsidR="00553E83" w:rsidRPr="00654163" w:rsidRDefault="006461AC">
      <w:pPr>
        <w:spacing w:after="100"/>
        <w:jc w:val="center"/>
        <w:rPr>
          <w:lang w:val="pl-PL"/>
        </w:rPr>
      </w:pPr>
      <w:r w:rsidRPr="00654163">
        <w:rPr>
          <w:b/>
          <w:sz w:val="26"/>
          <w:lang w:val="pl-PL"/>
        </w:rPr>
        <w:t>Konkurs na udzielanie świadczeń zdrowotnych przez pielęgniarkę/pielęgniarza w Bloku Operacyjnym wraz z wykonywaniem obowiązków Kierownika Bloku Operacyjnego i Centralnej Sterylizatorni Zespołu Opieki Zdrowotnej w Nidzicy</w:t>
      </w:r>
    </w:p>
    <w:p w14:paraId="3433F70C" w14:textId="19C929B1" w:rsidR="00553E83" w:rsidRPr="00654163" w:rsidRDefault="006461AC">
      <w:pPr>
        <w:spacing w:after="160"/>
        <w:jc w:val="center"/>
        <w:rPr>
          <w:lang w:val="pl-PL"/>
        </w:rPr>
      </w:pPr>
      <w:r w:rsidRPr="00654163">
        <w:rPr>
          <w:b/>
          <w:sz w:val="22"/>
          <w:lang w:val="pl-PL"/>
        </w:rPr>
        <w:t xml:space="preserve">Znak sprawy: </w:t>
      </w:r>
      <w:r w:rsidR="00D05AA5">
        <w:rPr>
          <w:b/>
          <w:sz w:val="22"/>
          <w:lang w:val="pl-PL"/>
        </w:rPr>
        <w:t>5</w:t>
      </w:r>
      <w:r w:rsidR="00E4765B">
        <w:rPr>
          <w:b/>
          <w:sz w:val="22"/>
          <w:lang w:val="pl-PL"/>
        </w:rPr>
        <w:t>/</w:t>
      </w:r>
      <w:r w:rsidRPr="00654163">
        <w:rPr>
          <w:b/>
          <w:sz w:val="22"/>
          <w:lang w:val="pl-PL"/>
        </w:rPr>
        <w:t>P/</w:t>
      </w:r>
      <w:r w:rsidR="00E4765B">
        <w:rPr>
          <w:b/>
          <w:sz w:val="22"/>
          <w:lang w:val="pl-PL"/>
        </w:rPr>
        <w:t>B/</w:t>
      </w:r>
      <w:r w:rsidRPr="00654163">
        <w:rPr>
          <w:b/>
          <w:sz w:val="22"/>
          <w:lang w:val="pl-PL"/>
        </w:rPr>
        <w:t>2026</w:t>
      </w:r>
    </w:p>
    <w:p w14:paraId="48995955" w14:textId="77777777" w:rsidR="00553E83" w:rsidRPr="00654163" w:rsidRDefault="006461AC">
      <w:pPr>
        <w:spacing w:after="120"/>
        <w:rPr>
          <w:lang w:val="pl-PL"/>
        </w:rPr>
      </w:pPr>
      <w:r w:rsidRPr="00654163">
        <w:rPr>
          <w:lang w:val="pl-PL"/>
        </w:rPr>
        <w:t>Oferta obejmuje cały przedmiot konkursu. Konkurs nie został podzielony na części i nie dopuszcza się składania ofert częściowych ani wariantowych.</w:t>
      </w:r>
    </w:p>
    <w:p w14:paraId="3E04E0C7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t>1. Dane Oferenta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25"/>
        <w:gridCol w:w="6066"/>
      </w:tblGrid>
      <w:tr w:rsidR="00553E83" w:rsidRPr="00654163" w14:paraId="3BD8144E" w14:textId="77777777">
        <w:trPr>
          <w:cantSplit/>
          <w:tblHeader/>
          <w:jc w:val="center"/>
        </w:trPr>
        <w:tc>
          <w:tcPr>
            <w:tcW w:w="6066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301665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Dane Oferenta</w:t>
            </w:r>
          </w:p>
        </w:tc>
      </w:tr>
      <w:tr w:rsidR="00553E83" w:rsidRPr="00654163" w14:paraId="09C32616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FD896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Imię i nazwisko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74F40C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6F4F84DC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8D689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Nazwa działalności lub praktyki zawodowej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B169D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3F9ECCA6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A8E77A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Adres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C52163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1AC2B1CD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1DD58B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NIP / REGON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961C25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0178B3E7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2BD0C7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Numer telefonu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52AD3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2AD9C9B9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A50D4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Adres poczty elektronicznej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B996D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67967323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1C7535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Numer prawa wykonywania zawodu pielęgniarki/pielęgniarza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C9322B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0EB56BA1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CBF3F0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Numer księgi rejestrowej w RPWDL albo zobowiązanie do przedłożenia wpisu przed zawarciem umowy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59F914" w14:textId="77777777" w:rsidR="00553E83" w:rsidRPr="00654163" w:rsidRDefault="00553E83">
            <w:pPr>
              <w:spacing w:after="0"/>
              <w:rPr>
                <w:lang w:val="pl-PL"/>
              </w:rPr>
            </w:pPr>
          </w:p>
        </w:tc>
      </w:tr>
      <w:tr w:rsidR="00553E83" w:rsidRPr="00654163" w14:paraId="7C714A04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EEC086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Kwalifikacje w dziedzinie pielęgniarstwa operacyjnego</w:t>
            </w:r>
          </w:p>
        </w:tc>
        <w:tc>
          <w:tcPr>
            <w:tcW w:w="60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5CC7FF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specjalizacja / kurs kwalifikacyjny*</w:t>
            </w:r>
          </w:p>
        </w:tc>
      </w:tr>
    </w:tbl>
    <w:p w14:paraId="21316721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t>2. Oferta cenowa</w:t>
      </w:r>
    </w:p>
    <w:p w14:paraId="7F4E1136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Oferuję osobiste wykonywanie całego przedmiotu konkursu, obejmującego udzielanie świadczeń zdrowotnych w Bloku Operacyjnym oraz wykonywanie obowiązków Kierownika Bloku Operacyjnego i Centralnej Sterylizatorni, za stawkę wskazaną poniżej i w Formularzu cenowym stanowiącym Załącznik nr 1a.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443"/>
      </w:tblGrid>
      <w:tr w:rsidR="00553E83" w:rsidRPr="00654163" w14:paraId="16A0A808" w14:textId="77777777">
        <w:trPr>
          <w:cantSplit/>
          <w:tblHeader/>
          <w:jc w:val="center"/>
        </w:trPr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F7359B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Pozycja podlegająca ocenie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07837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Oferowana stawka brutto</w:t>
            </w:r>
          </w:p>
        </w:tc>
      </w:tr>
      <w:tr w:rsidR="00553E83" w:rsidRPr="00654163" w14:paraId="3BC2259D" w14:textId="77777777">
        <w:trPr>
          <w:cantSplit/>
          <w:jc w:val="center"/>
        </w:trPr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AEA6A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Stawka brutto za 1 godzinę realizacji całego przedmiotu umowy</w:t>
            </w:r>
          </w:p>
        </w:tc>
        <w:tc>
          <w:tcPr>
            <w:tcW w:w="54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F9E21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……………………………… zł/h</w:t>
            </w:r>
            <w:r w:rsidRPr="00654163">
              <w:rPr>
                <w:sz w:val="19"/>
                <w:lang w:val="pl-PL"/>
              </w:rPr>
              <w:br/>
            </w:r>
            <w:r w:rsidRPr="00654163">
              <w:rPr>
                <w:sz w:val="19"/>
                <w:lang w:val="pl-PL"/>
              </w:rPr>
              <w:br/>
              <w:t>słownie: …………………………………………………………………</w:t>
            </w:r>
          </w:p>
        </w:tc>
      </w:tr>
    </w:tbl>
    <w:p w14:paraId="2229D8C5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Zaoferowana stawka brutto za godzinę jest stawką wyjściową do ewentualnych negocjacji i obejmuje wszystkie koszty realizacji świadczeń oraz obowiązków objętych umową. Stawka musi być zgodna z Formularzem cenowym.</w:t>
      </w:r>
    </w:p>
    <w:p w14:paraId="3A6DC426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t>3. Kryteria pozacenowe</w:t>
      </w:r>
    </w:p>
    <w:p w14:paraId="200AC3B1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Doświadczenie należy wykazać w Załączniku nr 3 i potwierdzić dokumentami wskazanymi w SWKO. Okres doświadczenia podaje się w pełnych latach i pełnych miesiącach.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25"/>
        <w:gridCol w:w="2608"/>
        <w:gridCol w:w="3458"/>
      </w:tblGrid>
      <w:tr w:rsidR="00553E83" w:rsidRPr="00654163" w14:paraId="41439555" w14:textId="77777777">
        <w:trPr>
          <w:cantSplit/>
          <w:tblHeader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0227A1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Kryterium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72C85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Deklaracja Oferenta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3CCC6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Dokument</w:t>
            </w:r>
          </w:p>
        </w:tc>
      </w:tr>
      <w:tr w:rsidR="00553E83" w:rsidRPr="00654163" w14:paraId="6575FC46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C4A9B5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Doświadczenie w Bloku Operacyjnym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AF57B4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…… lat …… miesięcy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C44AC9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Wykaz doświadczenia – zał. nr 3</w:t>
            </w:r>
          </w:p>
        </w:tc>
      </w:tr>
      <w:tr w:rsidR="00553E83" w:rsidRPr="00654163" w14:paraId="565496C0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5C01E9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Doświadczenie kierownicze lub koordynacyjne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24AD8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…… lat …… miesięcy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BE1C68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Wykaz doświadczenia – zał. nr 3</w:t>
            </w:r>
          </w:p>
        </w:tc>
      </w:tr>
      <w:tr w:rsidR="00553E83" w:rsidRPr="00654163" w14:paraId="228DA586" w14:textId="77777777">
        <w:trPr>
          <w:cantSplit/>
          <w:jc w:val="center"/>
        </w:trPr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81CD8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Doświadczenie dotyczące Centralnej Sterylizatorni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E73CD2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…… lat …… miesięcy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152088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Wykaz doświadczenia – zał. nr 3</w:t>
            </w:r>
          </w:p>
        </w:tc>
      </w:tr>
    </w:tbl>
    <w:p w14:paraId="2F13CE4A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lastRenderedPageBreak/>
        <w:t>4. Dyspozycyjność</w:t>
      </w:r>
    </w:p>
    <w:p w14:paraId="25DDAC3D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Informacje w tej części służą organizacji harmonogramów i nie podlegają odrębnej punktacji.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2721"/>
      </w:tblGrid>
      <w:tr w:rsidR="00553E83" w:rsidRPr="00654163" w14:paraId="7F5CE57F" w14:textId="77777777">
        <w:trPr>
          <w:cantSplit/>
          <w:tblHeader/>
          <w:jc w:val="center"/>
        </w:trPr>
        <w:tc>
          <w:tcPr>
            <w:tcW w:w="73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255698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Zakres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77F0C7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Deklaracja</w:t>
            </w:r>
          </w:p>
        </w:tc>
      </w:tr>
      <w:tr w:rsidR="00553E83" w:rsidRPr="00654163" w14:paraId="0344217C" w14:textId="77777777">
        <w:trPr>
          <w:cantSplit/>
          <w:jc w:val="center"/>
        </w:trPr>
        <w:tc>
          <w:tcPr>
            <w:tcW w:w="73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D25DC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Gotowość do realizacji średnio 156 godzin miesięcznie zgodnie z harmonogramami zatwierdzanymi przez Udzielającego Zamówienia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0231FB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242CE93F" w14:textId="77777777">
        <w:trPr>
          <w:cantSplit/>
          <w:jc w:val="center"/>
        </w:trPr>
        <w:tc>
          <w:tcPr>
            <w:tcW w:w="73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C54778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Gotowość do osobistego wykonywania świadczeń i obowiązków objętych konkursem przez cały okres umowy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3B3FF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</w:tbl>
    <w:p w14:paraId="69FCE4C9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t>5. Oświadczenia Oferenta</w:t>
      </w:r>
    </w:p>
    <w:p w14:paraId="25E1D720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1) zapoznałem/am się z SWKO, projektem umowy i załącznikami, akceptuję ich treść i nie wnoszę zastrzeżeń;</w:t>
      </w:r>
    </w:p>
    <w:p w14:paraId="6406B3E0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2) posiadam aktualne prawo wykonywania zawodu pielęgniarki/pielęgniarza i zobowiązuję się utrzymywać je przez cały okres obowiązywania umowy;</w:t>
      </w:r>
    </w:p>
    <w:p w14:paraId="702F7CA0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3) posiadam specjalizację w dziedzinie pielęgniarstwa operacyjnego albo ukończony kurs kwalifikacyjny w tej dziedzinie;</w:t>
      </w:r>
    </w:p>
    <w:p w14:paraId="68CD07AD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4) spełniam wymagania dotyczące doświadczenia zawodowego, doświadczenia w Bloku Operacyjnym oraz doświadczenia kierowniczego lub koordynacyjnego określone w SWKO;</w:t>
      </w:r>
    </w:p>
    <w:p w14:paraId="1CAC53F0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5) posiadam wiedzę i doświadczenie dotyczące procesów realizowanych w Centralnej Sterylizatorni w zakresie wymaganym w SWKO;</w:t>
      </w:r>
    </w:p>
    <w:p w14:paraId="1A1CDABB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6) prowadzę działalność gospodarczą lub praktykę zawodową obejmującą świadczenia objęte konkursem albo zobowiązuję się uzyskać wymagane wpisy najpóźniej przed zawarciem umowy;</w:t>
      </w:r>
    </w:p>
    <w:p w14:paraId="600008C8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7) zobowiązuję się wykonywać przedmiot umowy osobiście, bez powierzania jego realizacji podwykonawcom lub zastępcom jako stałego sposobu realizacji umowy;</w:t>
      </w:r>
    </w:p>
    <w:p w14:paraId="7C5DBA1E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8) zaoferowana stawka obejmuje wszystkie koszty realizacji całego przedmiotu umowy i pozostaję związany/a ofertą przez okres wskazany w SWKO;</w:t>
      </w:r>
    </w:p>
    <w:p w14:paraId="32BA0C75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9) posiadam wymagane ubezpieczenie odpowiedzialności cywilnej albo zobowiązuję się przedłożyć je przed zawarciem umowy i utrzymywać przez cały okres jej obowiązywania;</w:t>
      </w:r>
    </w:p>
    <w:p w14:paraId="267CAC36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10) podane przeze mnie informacje są prawdziwe i wyrażam zgodę na ich weryfikację w odpowiednich rejestrach oraz u podmiotów wystawiających dokumenty;</w:t>
      </w:r>
    </w:p>
    <w:p w14:paraId="17E766F1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11) nie zachodzą wobec mnie przeszkody prawne ani zdrowotne uniemożliwiające wykonywanie świadczeń i obowiązków objętych konkursem;</w:t>
      </w:r>
    </w:p>
    <w:p w14:paraId="2364DE6E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12) wypełniłem/am obowiązki informacyjne wynikające z art. 13 i art. 14 RODO wobec osób, których dane przekazuję w ofercie, albo obowiązek ten mnie nie dotyczy;</w:t>
      </w:r>
    </w:p>
    <w:p w14:paraId="6FB5E23F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13) przyjmuję do wiadomości, że umowa będzie wykonywana od 1 października 2026 r. do 31 grudnia 2027 r.;</w:t>
      </w:r>
    </w:p>
    <w:p w14:paraId="2FB5853F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14) przyjmuję do wiadomości, że zamówienie podstawowe obejmuje maksymalnie 2 340 godzin, przy przewidywanej średniej 156 godzin miesięcznie, a gwarantowany minimalny zakres wynosi 1 170 godzin w całym okresie umowy;</w:t>
      </w:r>
    </w:p>
    <w:p w14:paraId="61C58D30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15) akceptuję możliwość skorzystania przez Udzielającego Zamówienia z prawa opcji obejmującego maksymalnie dodatkowe 1 170 godzin, na zasadach określonych w SWKO i projekcie umowy;</w:t>
      </w:r>
    </w:p>
    <w:p w14:paraId="72C65954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16) przyjmuję do wiadomości, że łączna maksymalna liczba godzin w ramach zamówienia podstawowego i prawa opcji wynosi 3 510 godzin;</w:t>
      </w:r>
    </w:p>
    <w:p w14:paraId="3E5DE520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17) przyjmuję do wiadomości, że wskazanie średnio 156 godzin miesięcznie nie stanowi gwarancji zlecenia takiej liczby godzin w każdym miesiącu, a liczba godzin będzie wynikała z rzeczywistych potrzeb i zatwierdzonych harmonogramów;</w:t>
      </w:r>
    </w:p>
    <w:p w14:paraId="332BCEF9" w14:textId="77777777" w:rsidR="00553E83" w:rsidRPr="00654163" w:rsidRDefault="006461AC">
      <w:pPr>
        <w:spacing w:after="40"/>
        <w:ind w:left="369" w:hanging="369"/>
        <w:rPr>
          <w:lang w:val="pl-PL"/>
        </w:rPr>
      </w:pPr>
      <w:r w:rsidRPr="00654163">
        <w:rPr>
          <w:lang w:val="pl-PL"/>
        </w:rPr>
        <w:t>18) przyjmuję do wiadomości, że złożenie oferty nie gwarantuje wyboru oferty ani zawarcia umowy.</w:t>
      </w:r>
    </w:p>
    <w:p w14:paraId="32AFF1D6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t>6. Wykaz załączników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0"/>
        <w:gridCol w:w="2551"/>
      </w:tblGrid>
      <w:tr w:rsidR="00553E83" w:rsidRPr="00654163" w14:paraId="25F425F4" w14:textId="77777777">
        <w:trPr>
          <w:cantSplit/>
          <w:tblHeader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DD6E3E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Dokument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DB0FA6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b/>
                <w:sz w:val="19"/>
                <w:lang w:val="pl-PL"/>
              </w:rPr>
              <w:t>Załączono</w:t>
            </w:r>
          </w:p>
        </w:tc>
      </w:tr>
      <w:tr w:rsidR="00553E83" w:rsidRPr="00654163" w14:paraId="0C17F1DC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60C288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Formularz cenowy – Załącznik nr 1a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39A6B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0DCA7209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A6497C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Dokument PWZ albo dane umożliwiające weryfikację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5DD53E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4810AA1A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573D3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lastRenderedPageBreak/>
              <w:t>Dokument potwierdzający specjalizację albo ukończenie kursu kwalifikacyjnego w dziedzinie pielęgniarstwa operacyjnego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9341A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6B5CF67A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5A8D6C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Wydruk z CEIDG albo zobowiązanie do przedłożenia przed zawarciem umowy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F04A3E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 / ZOBOWIĄZANIE*</w:t>
            </w:r>
          </w:p>
        </w:tc>
      </w:tr>
      <w:tr w:rsidR="00553E83" w:rsidRPr="00654163" w14:paraId="7B71582B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88ADF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Dokument potwierdzający wpis do RPWDL albo zobowiązanie do przedłożenia przed zawarciem umowy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A4843A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 / ZOBOWIĄZANIE*</w:t>
            </w:r>
          </w:p>
        </w:tc>
      </w:tr>
      <w:tr w:rsidR="00553E83" w:rsidRPr="00654163" w14:paraId="477AA531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0652E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Wykaz doświadczenia – Załącznik nr 3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465D6C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01CB8485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20220A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Dokumenty potwierdzające doświadczenie wykazane w Załączniku nr 3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6C049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3BD27696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A7872E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Dokument potwierdzający wiedzę lub doświadczenie dotyczące Centralnej Sterylizatorni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F9D7A3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4D625752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1C2167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Polisa OC wraz z dowodem opłacenia składki albo zobowiązanie do jej przedłożenia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A15C8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 / ZOBOWIĄZANIE*</w:t>
            </w:r>
          </w:p>
        </w:tc>
      </w:tr>
      <w:tr w:rsidR="00553E83" w:rsidRPr="00654163" w14:paraId="10EBE8D8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BCD16F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Oświadczenie o spełnianiu warunków udziału – Załącznik nr 2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8F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B77B2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NIE*</w:t>
            </w:r>
          </w:p>
        </w:tc>
      </w:tr>
      <w:tr w:rsidR="00553E83" w:rsidRPr="00654163" w14:paraId="26C84593" w14:textId="77777777">
        <w:trPr>
          <w:cantSplit/>
          <w:jc w:val="center"/>
        </w:trPr>
        <w:tc>
          <w:tcPr>
            <w:tcW w:w="75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505FA4" w14:textId="77777777" w:rsidR="00553E83" w:rsidRPr="00654163" w:rsidRDefault="006461AC">
            <w:pPr>
              <w:spacing w:after="0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Pełnomocnictwo – jeżeli dotyczy</w:t>
            </w:r>
          </w:p>
        </w:tc>
        <w:tc>
          <w:tcPr>
            <w:tcW w:w="255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1E0C2" w14:textId="77777777" w:rsidR="00553E83" w:rsidRPr="00654163" w:rsidRDefault="006461AC">
            <w:pPr>
              <w:spacing w:after="0"/>
              <w:jc w:val="center"/>
              <w:rPr>
                <w:lang w:val="pl-PL"/>
              </w:rPr>
            </w:pPr>
            <w:r w:rsidRPr="00654163">
              <w:rPr>
                <w:sz w:val="19"/>
                <w:lang w:val="pl-PL"/>
              </w:rPr>
              <w:t>TAK / NIE / NIE DOTYCZY*</w:t>
            </w:r>
          </w:p>
        </w:tc>
      </w:tr>
    </w:tbl>
    <w:p w14:paraId="6C21DCBC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t>7. Osoba do kontaktu</w:t>
      </w:r>
    </w:p>
    <w:p w14:paraId="6A1E0B4F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Imię i nazwisko: ……………………………………………………………………………………………</w:t>
      </w:r>
    </w:p>
    <w:p w14:paraId="1DA4CF03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Telefon: ………………………………………    E-mail: ………………………………………………………</w:t>
      </w:r>
    </w:p>
    <w:p w14:paraId="56A65C7D" w14:textId="77777777" w:rsidR="00553E83" w:rsidRPr="00654163" w:rsidRDefault="006461AC">
      <w:pPr>
        <w:keepNext/>
        <w:spacing w:before="120" w:after="80"/>
        <w:rPr>
          <w:lang w:val="pl-PL"/>
        </w:rPr>
      </w:pPr>
      <w:r w:rsidRPr="00654163">
        <w:rPr>
          <w:b/>
          <w:color w:val="1F4E78"/>
          <w:sz w:val="24"/>
          <w:lang w:val="pl-PL"/>
        </w:rPr>
        <w:t>8. Zastrzeżenie poufności</w:t>
      </w:r>
    </w:p>
    <w:p w14:paraId="4736FC4E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Dokumenty lub informacje, które nie powinny być udostępniane, wraz z uzasadnieniem:</w:t>
      </w:r>
    </w:p>
    <w:p w14:paraId="237A0E76" w14:textId="77777777" w:rsidR="00553E83" w:rsidRPr="00654163" w:rsidRDefault="006461AC">
      <w:pPr>
        <w:rPr>
          <w:lang w:val="pl-PL"/>
        </w:rPr>
      </w:pPr>
      <w:r w:rsidRPr="00654163">
        <w:rPr>
          <w:lang w:val="pl-PL"/>
        </w:rPr>
        <w:t>…………………………………………………………………………………………………………………………</w:t>
      </w:r>
    </w:p>
    <w:p w14:paraId="1C897B58" w14:textId="77777777" w:rsidR="00553E83" w:rsidRPr="00654163" w:rsidRDefault="00553E83">
      <w:pPr>
        <w:rPr>
          <w:lang w:val="pl-PL"/>
        </w:rPr>
      </w:pPr>
    </w:p>
    <w:p w14:paraId="614D9477" w14:textId="77777777" w:rsidR="00553E83" w:rsidRPr="00654163" w:rsidRDefault="006461AC">
      <w:pPr>
        <w:rPr>
          <w:lang w:val="pl-PL"/>
        </w:rPr>
      </w:pPr>
      <w:r w:rsidRPr="00654163">
        <w:rPr>
          <w:b/>
          <w:lang w:val="pl-PL"/>
        </w:rPr>
        <w:t xml:space="preserve">Miejscowość i data: </w:t>
      </w:r>
      <w:r w:rsidRPr="00654163">
        <w:rPr>
          <w:lang w:val="pl-PL"/>
        </w:rPr>
        <w:t>………………………………………………………………</w:t>
      </w:r>
    </w:p>
    <w:p w14:paraId="78458D97" w14:textId="77777777" w:rsidR="00553E83" w:rsidRPr="00654163" w:rsidRDefault="006461AC">
      <w:pPr>
        <w:spacing w:before="160"/>
        <w:rPr>
          <w:lang w:val="pl-PL"/>
        </w:rPr>
      </w:pPr>
      <w:r w:rsidRPr="00654163">
        <w:rPr>
          <w:b/>
          <w:lang w:val="pl-PL"/>
        </w:rPr>
        <w:t xml:space="preserve">Podpis Oferenta / pełnomocnika: </w:t>
      </w:r>
      <w:r w:rsidRPr="00654163">
        <w:rPr>
          <w:lang w:val="pl-PL"/>
        </w:rPr>
        <w:t>………………………………………………………………</w:t>
      </w:r>
    </w:p>
    <w:p w14:paraId="1F55DD6F" w14:textId="77777777" w:rsidR="00553E83" w:rsidRPr="00654163" w:rsidRDefault="006461AC">
      <w:pPr>
        <w:spacing w:before="200"/>
        <w:jc w:val="center"/>
        <w:rPr>
          <w:lang w:val="pl-PL"/>
        </w:rPr>
      </w:pPr>
      <w:r w:rsidRPr="00654163">
        <w:rPr>
          <w:b/>
          <w:color w:val="C00000"/>
          <w:lang w:val="pl-PL"/>
        </w:rPr>
        <w:t>W przypadku oferty składanej w postaci elektronicznej formularz i pozostałe dokumenty należy sporządzić, podpisać i przesłać w sposób określony w SWKO.</w:t>
      </w:r>
    </w:p>
    <w:p w14:paraId="3C1C9D4D" w14:textId="77777777" w:rsidR="00553E83" w:rsidRPr="00654163" w:rsidRDefault="006461AC">
      <w:pPr>
        <w:spacing w:before="120"/>
        <w:rPr>
          <w:lang w:val="pl-PL"/>
        </w:rPr>
      </w:pPr>
      <w:r w:rsidRPr="00654163">
        <w:rPr>
          <w:i/>
          <w:sz w:val="18"/>
          <w:lang w:val="pl-PL"/>
        </w:rPr>
        <w:t>* Niepotrzebne skreślić.</w:t>
      </w:r>
    </w:p>
    <w:sectPr w:rsidR="00553E83" w:rsidRPr="00654163" w:rsidSect="00034616">
      <w:headerReference w:type="default" r:id="rId8"/>
      <w:footerReference w:type="default" r:id="rId9"/>
      <w:pgSz w:w="11906" w:h="16838"/>
      <w:pgMar w:top="964" w:right="1020" w:bottom="964" w:left="1020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CCCE" w14:textId="77777777" w:rsidR="00410993" w:rsidRDefault="00410993">
      <w:pPr>
        <w:spacing w:after="0" w:line="240" w:lineRule="auto"/>
      </w:pPr>
      <w:r>
        <w:separator/>
      </w:r>
    </w:p>
  </w:endnote>
  <w:endnote w:type="continuationSeparator" w:id="0">
    <w:p w14:paraId="0BBD03DF" w14:textId="77777777" w:rsidR="00410993" w:rsidRDefault="0041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482061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6E69DFB" w14:textId="77777777" w:rsidR="008E430D" w:rsidRDefault="008E430D">
            <w:pPr>
              <w:pStyle w:val="Stopka"/>
              <w:jc w:val="center"/>
            </w:pPr>
          </w:p>
          <w:p w14:paraId="78475EFA" w14:textId="77777777" w:rsidR="008E430D" w:rsidRDefault="008E430D" w:rsidP="008E430D">
            <w:pPr>
              <w:pStyle w:val="Stopka"/>
              <w:pBdr>
                <w:top w:val="single" w:sz="4" w:space="1" w:color="auto"/>
              </w:pBdr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1390E2" w14:textId="77777777" w:rsidR="00CE58AD" w:rsidRDefault="00CE58AD" w:rsidP="008E430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E7927" w14:textId="77777777" w:rsidR="00410993" w:rsidRDefault="00410993">
      <w:pPr>
        <w:spacing w:after="0" w:line="240" w:lineRule="auto"/>
      </w:pPr>
      <w:r>
        <w:separator/>
      </w:r>
    </w:p>
  </w:footnote>
  <w:footnote w:type="continuationSeparator" w:id="0">
    <w:p w14:paraId="3FC53C8B" w14:textId="77777777" w:rsidR="00410993" w:rsidRDefault="00410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EFAA" w14:textId="77777777" w:rsidR="00CE58AD" w:rsidRDefault="00305A28">
    <w:pPr>
      <w:pStyle w:val="Nagwek"/>
      <w:jc w:val="right"/>
    </w:pPr>
    <w:r>
      <w:rPr>
        <w:color w:val="5A5A5A"/>
        <w:sz w:val="15"/>
      </w:rPr>
      <w:t>ZOZ W NIDZICY | ZAŁĄCZNIK NR 1 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num w:numId="1" w16cid:durableId="1897861526">
    <w:abstractNumId w:val="8"/>
  </w:num>
  <w:num w:numId="2" w16cid:durableId="787089535">
    <w:abstractNumId w:val="6"/>
  </w:num>
  <w:num w:numId="3" w16cid:durableId="373308501">
    <w:abstractNumId w:val="5"/>
  </w:num>
  <w:num w:numId="4" w16cid:durableId="1900360767">
    <w:abstractNumId w:val="4"/>
  </w:num>
  <w:num w:numId="5" w16cid:durableId="1252810757">
    <w:abstractNumId w:val="7"/>
  </w:num>
  <w:num w:numId="6" w16cid:durableId="859901276">
    <w:abstractNumId w:val="3"/>
  </w:num>
  <w:num w:numId="7" w16cid:durableId="1157309672">
    <w:abstractNumId w:val="2"/>
  </w:num>
  <w:num w:numId="8" w16cid:durableId="1906255149">
    <w:abstractNumId w:val="1"/>
  </w:num>
  <w:num w:numId="9" w16cid:durableId="208047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B7"/>
    <w:rsid w:val="00034616"/>
    <w:rsid w:val="0006063C"/>
    <w:rsid w:val="000B394D"/>
    <w:rsid w:val="0011430E"/>
    <w:rsid w:val="0015074B"/>
    <w:rsid w:val="001527EA"/>
    <w:rsid w:val="0017272D"/>
    <w:rsid w:val="00182811"/>
    <w:rsid w:val="001C0A54"/>
    <w:rsid w:val="00265FE3"/>
    <w:rsid w:val="0029639D"/>
    <w:rsid w:val="002C2756"/>
    <w:rsid w:val="00305A28"/>
    <w:rsid w:val="00326F90"/>
    <w:rsid w:val="00410993"/>
    <w:rsid w:val="00424199"/>
    <w:rsid w:val="004346BB"/>
    <w:rsid w:val="004709D6"/>
    <w:rsid w:val="00502731"/>
    <w:rsid w:val="00553C27"/>
    <w:rsid w:val="00553E83"/>
    <w:rsid w:val="005855C4"/>
    <w:rsid w:val="006269A1"/>
    <w:rsid w:val="006461AC"/>
    <w:rsid w:val="00654163"/>
    <w:rsid w:val="00656078"/>
    <w:rsid w:val="00686623"/>
    <w:rsid w:val="006E5D38"/>
    <w:rsid w:val="00751F58"/>
    <w:rsid w:val="007B6E5D"/>
    <w:rsid w:val="008A31CA"/>
    <w:rsid w:val="008B3845"/>
    <w:rsid w:val="008E430D"/>
    <w:rsid w:val="00911FE2"/>
    <w:rsid w:val="00946A91"/>
    <w:rsid w:val="0097454B"/>
    <w:rsid w:val="009B73D5"/>
    <w:rsid w:val="00A83160"/>
    <w:rsid w:val="00AA1D8D"/>
    <w:rsid w:val="00B47730"/>
    <w:rsid w:val="00B56136"/>
    <w:rsid w:val="00B579D6"/>
    <w:rsid w:val="00B671AC"/>
    <w:rsid w:val="00C3083B"/>
    <w:rsid w:val="00C53346"/>
    <w:rsid w:val="00C74AE0"/>
    <w:rsid w:val="00CB0664"/>
    <w:rsid w:val="00CD68D6"/>
    <w:rsid w:val="00CE58AD"/>
    <w:rsid w:val="00CE6785"/>
    <w:rsid w:val="00D05AA5"/>
    <w:rsid w:val="00D32455"/>
    <w:rsid w:val="00D34B38"/>
    <w:rsid w:val="00D71D87"/>
    <w:rsid w:val="00D72FF3"/>
    <w:rsid w:val="00DF577F"/>
    <w:rsid w:val="00E4765B"/>
    <w:rsid w:val="00EB61DD"/>
    <w:rsid w:val="00EC643C"/>
    <w:rsid w:val="00F362D4"/>
    <w:rsid w:val="00F554DC"/>
    <w:rsid w:val="00FA65CA"/>
    <w:rsid w:val="00FC693F"/>
    <w:rsid w:val="00FE1845"/>
    <w:rsid w:val="00FE48A8"/>
    <w:rsid w:val="00FF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B4E7B7"/>
  <w14:defaultImageDpi w14:val="330"/>
  <w15:docId w15:val="{61A5828B-9FFB-4800-8F8A-E7739EB0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Cambria" w:hAnsi="Cambria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826</Words>
  <Characters>5829</Characters>
  <Application>Microsoft Office Word</Application>
  <DocSecurity>0</DocSecurity>
  <Lines>114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Formularz ofertowy</dc:title>
  <dc:subject/>
  <dc:creator>Zespół Opieki Zdrowotnej w Nidzicy</dc:creator>
  <cp:keywords/>
  <dc:description>generated by python-docx</dc:description>
  <cp:lastModifiedBy>Lucyna Brejnak</cp:lastModifiedBy>
  <cp:revision>5</cp:revision>
  <dcterms:created xsi:type="dcterms:W3CDTF">2026-09-18T11:35:00Z</dcterms:created>
  <dcterms:modified xsi:type="dcterms:W3CDTF">2026-09-18T12:08:00Z</dcterms:modified>
  <cp:category/>
</cp:coreProperties>
</file>