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89A9" w14:textId="77777777" w:rsidR="00CE58AD" w:rsidRPr="00CE6785" w:rsidRDefault="00305A28">
      <w:pPr>
        <w:jc w:val="center"/>
        <w:rPr>
          <w:rFonts w:ascii="Cambria" w:hAnsi="Cambria"/>
          <w:sz w:val="22"/>
          <w:lang w:val="pl-PL"/>
        </w:rPr>
      </w:pPr>
      <w:r w:rsidRPr="00CE6785">
        <w:rPr>
          <w:rFonts w:ascii="Cambria" w:hAnsi="Cambria"/>
          <w:b/>
          <w:color w:val="1F4E79"/>
          <w:sz w:val="22"/>
          <w:lang w:val="pl-PL"/>
        </w:rPr>
        <w:t>FORMULARZ OFERTOWY</w:t>
      </w:r>
    </w:p>
    <w:p w14:paraId="472C6571" w14:textId="77777777" w:rsidR="00C53346" w:rsidRDefault="00305A28" w:rsidP="00C53346">
      <w:pPr>
        <w:jc w:val="center"/>
        <w:rPr>
          <w:rFonts w:ascii="Cambria" w:hAnsi="Cambria"/>
          <w:b/>
          <w:sz w:val="22"/>
          <w:lang w:val="pl-PL"/>
        </w:rPr>
      </w:pPr>
      <w:r w:rsidRPr="00CE6785">
        <w:rPr>
          <w:rFonts w:ascii="Cambria" w:hAnsi="Cambria"/>
          <w:b/>
          <w:sz w:val="22"/>
          <w:lang w:val="pl-PL"/>
        </w:rPr>
        <w:t xml:space="preserve">Konkurs na </w:t>
      </w:r>
    </w:p>
    <w:p w14:paraId="03BCE1D9" w14:textId="529F5FD6" w:rsidR="00C53346" w:rsidRPr="00C53346" w:rsidRDefault="00C53346" w:rsidP="00C53346">
      <w:pPr>
        <w:jc w:val="center"/>
        <w:rPr>
          <w:rFonts w:ascii="Cambria" w:hAnsi="Cambria"/>
          <w:b/>
          <w:sz w:val="22"/>
          <w:lang w:val="pl-PL"/>
        </w:rPr>
      </w:pPr>
      <w:r w:rsidRPr="00C53346">
        <w:rPr>
          <w:rFonts w:ascii="Cambria" w:hAnsi="Cambria"/>
          <w:b/>
          <w:sz w:val="22"/>
          <w:lang w:val="pl-PL"/>
        </w:rPr>
        <w:t>„Udzielanie świadczeń zdrowotnych</w:t>
      </w:r>
    </w:p>
    <w:p w14:paraId="0030FB3B" w14:textId="77777777" w:rsidR="00C53346" w:rsidRPr="00C53346" w:rsidRDefault="00C53346" w:rsidP="00C53346">
      <w:pPr>
        <w:jc w:val="center"/>
        <w:rPr>
          <w:rFonts w:ascii="Cambria" w:hAnsi="Cambria"/>
          <w:b/>
          <w:sz w:val="22"/>
          <w:lang w:val="pl-PL"/>
        </w:rPr>
      </w:pPr>
      <w:r w:rsidRPr="00C53346">
        <w:rPr>
          <w:rFonts w:ascii="Cambria" w:hAnsi="Cambria"/>
          <w:b/>
          <w:sz w:val="22"/>
          <w:lang w:val="pl-PL"/>
        </w:rPr>
        <w:t xml:space="preserve">przez pielęgniarki i pielęgniarzy w komórkach organizacyjnych </w:t>
      </w:r>
    </w:p>
    <w:p w14:paraId="3B1417FF" w14:textId="7222BF27" w:rsidR="00CE58AD" w:rsidRPr="00CE6785" w:rsidRDefault="00C53346" w:rsidP="00CD68D6">
      <w:pPr>
        <w:spacing w:after="120" w:line="240" w:lineRule="auto"/>
        <w:jc w:val="center"/>
        <w:rPr>
          <w:rFonts w:ascii="Cambria" w:hAnsi="Cambria"/>
          <w:sz w:val="22"/>
          <w:lang w:val="pl-PL"/>
        </w:rPr>
      </w:pPr>
      <w:r w:rsidRPr="00C53346">
        <w:rPr>
          <w:rFonts w:ascii="Cambria" w:hAnsi="Cambria"/>
          <w:b/>
          <w:sz w:val="22"/>
          <w:lang w:val="pl-PL"/>
        </w:rPr>
        <w:t>Zespołu Opieki Zdrowotnej w Nidzicy”</w:t>
      </w:r>
    </w:p>
    <w:p w14:paraId="0CE9785E" w14:textId="2597E37F" w:rsidR="00CE58AD" w:rsidRPr="00CE6785" w:rsidRDefault="00305A28">
      <w:pPr>
        <w:shd w:val="clear" w:color="auto" w:fill="FFF2CC"/>
        <w:jc w:val="center"/>
        <w:rPr>
          <w:rFonts w:ascii="Cambria" w:hAnsi="Cambria"/>
          <w:sz w:val="22"/>
          <w:lang w:val="pl-PL"/>
        </w:rPr>
      </w:pPr>
      <w:r w:rsidRPr="00CE6785">
        <w:rPr>
          <w:rFonts w:ascii="Cambria" w:hAnsi="Cambria"/>
          <w:sz w:val="22"/>
          <w:lang w:val="pl-PL"/>
        </w:rPr>
        <w:t xml:space="preserve">Znak sprawy: </w:t>
      </w:r>
      <w:r w:rsidR="001527EA">
        <w:rPr>
          <w:rFonts w:ascii="Cambria" w:hAnsi="Cambria"/>
          <w:sz w:val="22"/>
          <w:lang w:val="pl-PL"/>
        </w:rPr>
        <w:t>4</w:t>
      </w:r>
      <w:r w:rsidRPr="00CE6785">
        <w:rPr>
          <w:rFonts w:ascii="Cambria" w:hAnsi="Cambria"/>
          <w:sz w:val="22"/>
          <w:lang w:val="pl-PL"/>
        </w:rPr>
        <w:t>/P/2026</w:t>
      </w:r>
    </w:p>
    <w:p w14:paraId="73BB62BF" w14:textId="77777777" w:rsidR="0011430E" w:rsidRPr="00CE6785" w:rsidRDefault="00D72FF3">
      <w:pPr>
        <w:pStyle w:val="Nagwek1"/>
        <w:rPr>
          <w:rFonts w:ascii="Cambria" w:hAnsi="Cambria"/>
          <w:sz w:val="22"/>
          <w:szCs w:val="22"/>
          <w:lang w:val="pl-PL"/>
        </w:rPr>
      </w:pPr>
      <w:r w:rsidRPr="00CE6785">
        <w:rPr>
          <w:rFonts w:ascii="Cambria" w:hAnsi="Cambria"/>
          <w:sz w:val="22"/>
          <w:szCs w:val="22"/>
          <w:lang w:val="pl-PL"/>
        </w:rPr>
        <w:t>CZĘŚĆ, NA KTÓRĄ SKŁADANA JEST OFERTA</w:t>
      </w:r>
    </w:p>
    <w:p w14:paraId="76C826DB" w14:textId="596E3797" w:rsidR="0011430E" w:rsidRPr="00CE6785" w:rsidRDefault="00D72FF3">
      <w:pPr>
        <w:rPr>
          <w:rFonts w:ascii="Cambria" w:hAnsi="Cambria"/>
          <w:sz w:val="22"/>
          <w:lang w:val="pl-PL"/>
        </w:rPr>
      </w:pPr>
      <w:r w:rsidRPr="00CE6785">
        <w:rPr>
          <w:rFonts w:ascii="Cambria" w:hAnsi="Cambria"/>
          <w:sz w:val="22"/>
          <w:lang w:val="pl-PL"/>
        </w:rPr>
        <w:t xml:space="preserve">Część nr: </w:t>
      </w:r>
      <w:proofErr w:type="gramStart"/>
      <w:r w:rsidR="00195419">
        <w:rPr>
          <w:rFonts w:ascii="Cambria" w:hAnsi="Cambria"/>
          <w:sz w:val="22"/>
          <w:lang w:val="pl-PL"/>
        </w:rPr>
        <w:t>…….</w:t>
      </w:r>
      <w:proofErr w:type="gramEnd"/>
      <w:r w:rsidR="00195419">
        <w:rPr>
          <w:rFonts w:ascii="Cambria" w:hAnsi="Cambria"/>
          <w:sz w:val="22"/>
          <w:lang w:val="pl-PL"/>
        </w:rPr>
        <w:t>.</w:t>
      </w:r>
      <w:r w:rsidRPr="00CE6785">
        <w:rPr>
          <w:rFonts w:ascii="Cambria" w:hAnsi="Cambria"/>
          <w:sz w:val="22"/>
          <w:lang w:val="pl-PL"/>
        </w:rPr>
        <w:t xml:space="preserve"> (należy wskazać wyłącznie jedną część spośród Części 1–1</w:t>
      </w:r>
      <w:r w:rsidR="00FE48A8">
        <w:rPr>
          <w:rFonts w:ascii="Cambria" w:hAnsi="Cambria"/>
          <w:sz w:val="22"/>
          <w:lang w:val="pl-PL"/>
        </w:rPr>
        <w:t>3</w:t>
      </w:r>
      <w:r w:rsidRPr="00CE6785">
        <w:rPr>
          <w:rFonts w:ascii="Cambria" w:hAnsi="Cambria"/>
          <w:sz w:val="22"/>
          <w:lang w:val="pl-PL"/>
        </w:rPr>
        <w:t>)</w:t>
      </w:r>
    </w:p>
    <w:p w14:paraId="778787EE" w14:textId="257E82AC" w:rsidR="0011430E" w:rsidRPr="006777F1" w:rsidRDefault="00D72FF3">
      <w:pPr>
        <w:rPr>
          <w:rFonts w:ascii="Cambria" w:hAnsi="Cambria"/>
          <w:color w:val="EE0000"/>
          <w:sz w:val="22"/>
          <w:lang w:val="pl-PL"/>
        </w:rPr>
      </w:pPr>
      <w:r w:rsidRPr="00CE6785">
        <w:rPr>
          <w:rFonts w:ascii="Cambria" w:hAnsi="Cambria"/>
          <w:sz w:val="22"/>
          <w:lang w:val="pl-PL"/>
        </w:rPr>
        <w:t xml:space="preserve">Oferent składa ofertę na cały zakres świadczeń przewidziany w SWKO dla wyżej wskazanej części. </w:t>
      </w:r>
      <w:r w:rsidR="006777F1" w:rsidRPr="006777F1">
        <w:rPr>
          <w:rFonts w:ascii="Cambria" w:hAnsi="Cambria"/>
          <w:color w:val="EE0000"/>
          <w:sz w:val="22"/>
          <w:lang w:val="pl-PL"/>
        </w:rPr>
        <w:t xml:space="preserve">Oferent może złożyć jedną ofertę wyłącznie na jedną, wybraną część konkursu. Złożenie przez jednego Oferenta ofert na więcej niż jedną część skutkuje odrzuceniem wszystkich złożonych przez niego ofert. Niewskazanie numeru części skutkuje odrzuceniem oferty, ponieważ uniemożliwia ustalenie zakresu, którego oferta </w:t>
      </w:r>
      <w:r w:rsidR="006777F1" w:rsidRPr="006777F1">
        <w:rPr>
          <w:rFonts w:ascii="Cambria" w:hAnsi="Cambria"/>
          <w:color w:val="EE0000"/>
          <w:sz w:val="22"/>
          <w:lang w:val="pl-PL"/>
        </w:rPr>
        <w:t>dotyczy.</w:t>
      </w:r>
    </w:p>
    <w:p w14:paraId="2576B6B7"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t>1. Dane Oferenta</w:t>
      </w:r>
    </w:p>
    <w:tbl>
      <w:tblPr>
        <w:tblStyle w:val="Tabela-Siatka"/>
        <w:tblW w:w="9637" w:type="dxa"/>
        <w:jc w:val="center"/>
        <w:tblLayout w:type="fixed"/>
        <w:tblLook w:val="04A0" w:firstRow="1" w:lastRow="0" w:firstColumn="1" w:lastColumn="0" w:noHBand="0" w:noVBand="1"/>
      </w:tblPr>
      <w:tblGrid>
        <w:gridCol w:w="3629"/>
        <w:gridCol w:w="6008"/>
      </w:tblGrid>
      <w:tr w:rsidR="00B579D6" w:rsidRPr="00CE6785" w14:paraId="47DA5BB1" w14:textId="77777777" w:rsidTr="00877378">
        <w:trPr>
          <w:tblHeader/>
          <w:jc w:val="center"/>
        </w:trPr>
        <w:tc>
          <w:tcPr>
            <w:tcW w:w="9637" w:type="dxa"/>
            <w:gridSpan w:val="2"/>
            <w:shd w:val="clear" w:color="auto" w:fill="E8EEF5"/>
            <w:tcMar>
              <w:top w:w="80" w:type="dxa"/>
              <w:left w:w="100" w:type="dxa"/>
              <w:bottom w:w="80" w:type="dxa"/>
              <w:right w:w="100" w:type="dxa"/>
            </w:tcMar>
            <w:vAlign w:val="center"/>
          </w:tcPr>
          <w:p w14:paraId="564C4AB1" w14:textId="77777777" w:rsidR="00B579D6" w:rsidRPr="00CE6785" w:rsidRDefault="00B579D6" w:rsidP="00B579D6">
            <w:pPr>
              <w:jc w:val="center"/>
              <w:rPr>
                <w:rFonts w:ascii="Cambria" w:hAnsi="Cambria"/>
                <w:sz w:val="22"/>
                <w:lang w:val="pl-PL"/>
              </w:rPr>
            </w:pPr>
            <w:r w:rsidRPr="00CE6785">
              <w:rPr>
                <w:rFonts w:ascii="Cambria" w:hAnsi="Cambria"/>
                <w:b/>
                <w:sz w:val="22"/>
                <w:lang w:val="pl-PL"/>
              </w:rPr>
              <w:t>Dane oferenta</w:t>
            </w:r>
          </w:p>
        </w:tc>
      </w:tr>
      <w:tr w:rsidR="00CE58AD" w:rsidRPr="00CE6785" w14:paraId="596F7B72" w14:textId="77777777" w:rsidTr="008E430D">
        <w:trPr>
          <w:jc w:val="center"/>
        </w:trPr>
        <w:tc>
          <w:tcPr>
            <w:tcW w:w="3629" w:type="dxa"/>
            <w:tcMar>
              <w:top w:w="80" w:type="dxa"/>
              <w:left w:w="100" w:type="dxa"/>
              <w:bottom w:w="80" w:type="dxa"/>
              <w:right w:w="100" w:type="dxa"/>
            </w:tcMar>
            <w:vAlign w:val="center"/>
          </w:tcPr>
          <w:p w14:paraId="1EFC64A7" w14:textId="77777777" w:rsidR="00CE58AD" w:rsidRPr="00CE6785" w:rsidRDefault="00305A28">
            <w:pPr>
              <w:rPr>
                <w:rFonts w:ascii="Cambria" w:hAnsi="Cambria"/>
                <w:sz w:val="22"/>
                <w:lang w:val="pl-PL"/>
              </w:rPr>
            </w:pPr>
            <w:r w:rsidRPr="00CE6785">
              <w:rPr>
                <w:rFonts w:ascii="Cambria" w:hAnsi="Cambria"/>
                <w:sz w:val="22"/>
                <w:lang w:val="pl-PL"/>
              </w:rPr>
              <w:t>Imię i nazwisko</w:t>
            </w:r>
          </w:p>
        </w:tc>
        <w:tc>
          <w:tcPr>
            <w:tcW w:w="6008" w:type="dxa"/>
            <w:tcMar>
              <w:top w:w="80" w:type="dxa"/>
              <w:left w:w="100" w:type="dxa"/>
              <w:bottom w:w="80" w:type="dxa"/>
              <w:right w:w="100" w:type="dxa"/>
            </w:tcMar>
            <w:vAlign w:val="center"/>
          </w:tcPr>
          <w:p w14:paraId="53AE1BDB" w14:textId="77777777" w:rsidR="00CE58AD" w:rsidRPr="00CE6785" w:rsidRDefault="00CE58AD">
            <w:pPr>
              <w:jc w:val="center"/>
              <w:rPr>
                <w:rFonts w:ascii="Cambria" w:hAnsi="Cambria"/>
                <w:sz w:val="22"/>
                <w:lang w:val="pl-PL"/>
              </w:rPr>
            </w:pPr>
          </w:p>
        </w:tc>
      </w:tr>
      <w:tr w:rsidR="00CE58AD" w:rsidRPr="00CE6785" w14:paraId="0538B26F" w14:textId="77777777" w:rsidTr="008E430D">
        <w:trPr>
          <w:jc w:val="center"/>
        </w:trPr>
        <w:tc>
          <w:tcPr>
            <w:tcW w:w="3629" w:type="dxa"/>
            <w:tcMar>
              <w:top w:w="80" w:type="dxa"/>
              <w:left w:w="100" w:type="dxa"/>
              <w:bottom w:w="80" w:type="dxa"/>
              <w:right w:w="100" w:type="dxa"/>
            </w:tcMar>
            <w:vAlign w:val="center"/>
          </w:tcPr>
          <w:p w14:paraId="24DFAAEB" w14:textId="77777777" w:rsidR="00CE58AD" w:rsidRPr="00CE6785" w:rsidRDefault="00B579D6">
            <w:pPr>
              <w:rPr>
                <w:rFonts w:ascii="Cambria" w:hAnsi="Cambria"/>
                <w:sz w:val="22"/>
                <w:lang w:val="pl-PL"/>
              </w:rPr>
            </w:pPr>
            <w:r w:rsidRPr="00CE6785">
              <w:rPr>
                <w:rFonts w:ascii="Cambria" w:hAnsi="Cambria"/>
                <w:sz w:val="22"/>
                <w:lang w:val="pl-PL"/>
              </w:rPr>
              <w:t xml:space="preserve">Nazwa </w:t>
            </w:r>
            <w:r w:rsidR="00305A28" w:rsidRPr="00CE6785">
              <w:rPr>
                <w:rFonts w:ascii="Cambria" w:hAnsi="Cambria"/>
                <w:sz w:val="22"/>
                <w:lang w:val="pl-PL"/>
              </w:rPr>
              <w:t>Firm</w:t>
            </w:r>
            <w:r w:rsidRPr="00CE6785">
              <w:rPr>
                <w:rFonts w:ascii="Cambria" w:hAnsi="Cambria"/>
                <w:sz w:val="22"/>
                <w:lang w:val="pl-PL"/>
              </w:rPr>
              <w:t>y</w:t>
            </w:r>
          </w:p>
        </w:tc>
        <w:tc>
          <w:tcPr>
            <w:tcW w:w="6008" w:type="dxa"/>
            <w:tcMar>
              <w:top w:w="80" w:type="dxa"/>
              <w:left w:w="100" w:type="dxa"/>
              <w:bottom w:w="80" w:type="dxa"/>
              <w:right w:w="100" w:type="dxa"/>
            </w:tcMar>
            <w:vAlign w:val="center"/>
          </w:tcPr>
          <w:p w14:paraId="33ACBF6E" w14:textId="77777777" w:rsidR="00CE58AD" w:rsidRPr="00CE6785" w:rsidRDefault="00CE58AD">
            <w:pPr>
              <w:jc w:val="center"/>
              <w:rPr>
                <w:rFonts w:ascii="Cambria" w:hAnsi="Cambria"/>
                <w:sz w:val="22"/>
                <w:lang w:val="pl-PL"/>
              </w:rPr>
            </w:pPr>
          </w:p>
        </w:tc>
      </w:tr>
      <w:tr w:rsidR="00CE58AD" w:rsidRPr="00CE6785" w14:paraId="15495E5F" w14:textId="77777777" w:rsidTr="008E430D">
        <w:trPr>
          <w:jc w:val="center"/>
        </w:trPr>
        <w:tc>
          <w:tcPr>
            <w:tcW w:w="3629" w:type="dxa"/>
            <w:tcMar>
              <w:top w:w="80" w:type="dxa"/>
              <w:left w:w="100" w:type="dxa"/>
              <w:bottom w:w="80" w:type="dxa"/>
              <w:right w:w="100" w:type="dxa"/>
            </w:tcMar>
            <w:vAlign w:val="center"/>
          </w:tcPr>
          <w:p w14:paraId="6B220D23" w14:textId="77777777" w:rsidR="00CE58AD" w:rsidRPr="00CE6785" w:rsidRDefault="00305A28">
            <w:pPr>
              <w:rPr>
                <w:rFonts w:ascii="Cambria" w:hAnsi="Cambria"/>
                <w:sz w:val="22"/>
                <w:lang w:val="pl-PL"/>
              </w:rPr>
            </w:pPr>
            <w:r w:rsidRPr="00CE6785">
              <w:rPr>
                <w:rFonts w:ascii="Cambria" w:hAnsi="Cambria"/>
                <w:sz w:val="22"/>
                <w:lang w:val="pl-PL"/>
              </w:rPr>
              <w:t>Adres</w:t>
            </w:r>
          </w:p>
        </w:tc>
        <w:tc>
          <w:tcPr>
            <w:tcW w:w="6008" w:type="dxa"/>
            <w:tcMar>
              <w:top w:w="80" w:type="dxa"/>
              <w:left w:w="100" w:type="dxa"/>
              <w:bottom w:w="80" w:type="dxa"/>
              <w:right w:w="100" w:type="dxa"/>
            </w:tcMar>
            <w:vAlign w:val="center"/>
          </w:tcPr>
          <w:p w14:paraId="145ED621" w14:textId="77777777" w:rsidR="00CE58AD" w:rsidRPr="00CE6785" w:rsidRDefault="00CE58AD">
            <w:pPr>
              <w:jc w:val="center"/>
              <w:rPr>
                <w:rFonts w:ascii="Cambria" w:hAnsi="Cambria"/>
                <w:sz w:val="22"/>
                <w:lang w:val="pl-PL"/>
              </w:rPr>
            </w:pPr>
          </w:p>
        </w:tc>
      </w:tr>
      <w:tr w:rsidR="00CE58AD" w:rsidRPr="00CE6785" w14:paraId="4520D723" w14:textId="77777777" w:rsidTr="008E430D">
        <w:trPr>
          <w:jc w:val="center"/>
        </w:trPr>
        <w:tc>
          <w:tcPr>
            <w:tcW w:w="3629" w:type="dxa"/>
            <w:tcMar>
              <w:top w:w="80" w:type="dxa"/>
              <w:left w:w="100" w:type="dxa"/>
              <w:bottom w:w="80" w:type="dxa"/>
              <w:right w:w="100" w:type="dxa"/>
            </w:tcMar>
            <w:vAlign w:val="center"/>
          </w:tcPr>
          <w:p w14:paraId="3AB626B2" w14:textId="77777777" w:rsidR="00CE58AD" w:rsidRPr="00CE6785" w:rsidRDefault="00305A28">
            <w:pPr>
              <w:rPr>
                <w:rFonts w:ascii="Cambria" w:hAnsi="Cambria"/>
                <w:sz w:val="22"/>
                <w:lang w:val="pl-PL"/>
              </w:rPr>
            </w:pPr>
            <w:r w:rsidRPr="00CE6785">
              <w:rPr>
                <w:rFonts w:ascii="Cambria" w:hAnsi="Cambria"/>
                <w:sz w:val="22"/>
                <w:lang w:val="pl-PL"/>
              </w:rPr>
              <w:t>NIP / REGON</w:t>
            </w:r>
          </w:p>
        </w:tc>
        <w:tc>
          <w:tcPr>
            <w:tcW w:w="6008" w:type="dxa"/>
            <w:tcMar>
              <w:top w:w="80" w:type="dxa"/>
              <w:left w:w="100" w:type="dxa"/>
              <w:bottom w:w="80" w:type="dxa"/>
              <w:right w:w="100" w:type="dxa"/>
            </w:tcMar>
            <w:vAlign w:val="center"/>
          </w:tcPr>
          <w:p w14:paraId="78F75FBD" w14:textId="77777777" w:rsidR="00CE58AD" w:rsidRPr="00CE6785" w:rsidRDefault="00CE58AD">
            <w:pPr>
              <w:jc w:val="center"/>
              <w:rPr>
                <w:rFonts w:ascii="Cambria" w:hAnsi="Cambria"/>
                <w:sz w:val="22"/>
                <w:lang w:val="pl-PL"/>
              </w:rPr>
            </w:pPr>
          </w:p>
        </w:tc>
      </w:tr>
      <w:tr w:rsidR="00CE58AD" w:rsidRPr="00CE6785" w14:paraId="301E645D" w14:textId="77777777" w:rsidTr="008E430D">
        <w:trPr>
          <w:jc w:val="center"/>
        </w:trPr>
        <w:tc>
          <w:tcPr>
            <w:tcW w:w="3629" w:type="dxa"/>
            <w:tcMar>
              <w:top w:w="80" w:type="dxa"/>
              <w:left w:w="100" w:type="dxa"/>
              <w:bottom w:w="80" w:type="dxa"/>
              <w:right w:w="100" w:type="dxa"/>
            </w:tcMar>
            <w:vAlign w:val="center"/>
          </w:tcPr>
          <w:p w14:paraId="17EA2EC3" w14:textId="77777777" w:rsidR="00CE58AD" w:rsidRPr="00CE6785" w:rsidRDefault="00B579D6">
            <w:pPr>
              <w:rPr>
                <w:rFonts w:ascii="Cambria" w:hAnsi="Cambria"/>
                <w:sz w:val="22"/>
                <w:lang w:val="pl-PL"/>
              </w:rPr>
            </w:pPr>
            <w:r w:rsidRPr="00CE6785">
              <w:rPr>
                <w:rFonts w:ascii="Cambria" w:hAnsi="Cambria"/>
                <w:sz w:val="22"/>
                <w:lang w:val="pl-PL"/>
              </w:rPr>
              <w:t>Numer t</w:t>
            </w:r>
            <w:r w:rsidR="00305A28" w:rsidRPr="00CE6785">
              <w:rPr>
                <w:rFonts w:ascii="Cambria" w:hAnsi="Cambria"/>
                <w:sz w:val="22"/>
                <w:lang w:val="pl-PL"/>
              </w:rPr>
              <w:t>elefon</w:t>
            </w:r>
            <w:r w:rsidRPr="00CE6785">
              <w:rPr>
                <w:rFonts w:ascii="Cambria" w:hAnsi="Cambria"/>
                <w:sz w:val="22"/>
                <w:lang w:val="pl-PL"/>
              </w:rPr>
              <w:t>u</w:t>
            </w:r>
          </w:p>
        </w:tc>
        <w:tc>
          <w:tcPr>
            <w:tcW w:w="6008" w:type="dxa"/>
            <w:tcMar>
              <w:top w:w="80" w:type="dxa"/>
              <w:left w:w="100" w:type="dxa"/>
              <w:bottom w:w="80" w:type="dxa"/>
              <w:right w:w="100" w:type="dxa"/>
            </w:tcMar>
            <w:vAlign w:val="center"/>
          </w:tcPr>
          <w:p w14:paraId="0E10A88A" w14:textId="77777777" w:rsidR="00CE58AD" w:rsidRPr="00CE6785" w:rsidRDefault="00CE58AD">
            <w:pPr>
              <w:jc w:val="center"/>
              <w:rPr>
                <w:rFonts w:ascii="Cambria" w:hAnsi="Cambria"/>
                <w:sz w:val="22"/>
                <w:lang w:val="pl-PL"/>
              </w:rPr>
            </w:pPr>
          </w:p>
        </w:tc>
      </w:tr>
      <w:tr w:rsidR="00B579D6" w:rsidRPr="00CE6785" w14:paraId="7DFD3D73" w14:textId="77777777" w:rsidTr="008E430D">
        <w:trPr>
          <w:trHeight w:val="360"/>
          <w:jc w:val="center"/>
        </w:trPr>
        <w:tc>
          <w:tcPr>
            <w:tcW w:w="3629" w:type="dxa"/>
            <w:tcMar>
              <w:top w:w="80" w:type="dxa"/>
              <w:left w:w="100" w:type="dxa"/>
              <w:bottom w:w="80" w:type="dxa"/>
              <w:right w:w="100" w:type="dxa"/>
            </w:tcMar>
            <w:vAlign w:val="center"/>
          </w:tcPr>
          <w:p w14:paraId="18FD2066" w14:textId="0C399072" w:rsidR="00B579D6" w:rsidRPr="00CE6785" w:rsidRDefault="00B579D6">
            <w:pPr>
              <w:rPr>
                <w:rFonts w:ascii="Cambria" w:hAnsi="Cambria"/>
                <w:sz w:val="22"/>
                <w:lang w:val="pl-PL"/>
              </w:rPr>
            </w:pPr>
            <w:r w:rsidRPr="00CE6785">
              <w:rPr>
                <w:rFonts w:ascii="Cambria" w:hAnsi="Cambria"/>
                <w:sz w:val="22"/>
                <w:lang w:val="pl-PL"/>
              </w:rPr>
              <w:t>e-mail</w:t>
            </w:r>
            <w:r w:rsidR="004346BB">
              <w:rPr>
                <w:rFonts w:ascii="Cambria" w:hAnsi="Cambria"/>
                <w:sz w:val="22"/>
                <w:lang w:val="pl-PL"/>
              </w:rPr>
              <w:t>:</w:t>
            </w:r>
          </w:p>
        </w:tc>
        <w:tc>
          <w:tcPr>
            <w:tcW w:w="6008" w:type="dxa"/>
            <w:tcMar>
              <w:top w:w="80" w:type="dxa"/>
              <w:left w:w="100" w:type="dxa"/>
              <w:bottom w:w="80" w:type="dxa"/>
              <w:right w:w="100" w:type="dxa"/>
            </w:tcMar>
            <w:vAlign w:val="center"/>
          </w:tcPr>
          <w:p w14:paraId="41D0B003" w14:textId="77777777" w:rsidR="00B579D6" w:rsidRPr="00CE6785" w:rsidRDefault="00B579D6">
            <w:pPr>
              <w:jc w:val="center"/>
              <w:rPr>
                <w:rFonts w:ascii="Cambria" w:hAnsi="Cambria"/>
                <w:sz w:val="22"/>
                <w:lang w:val="pl-PL"/>
              </w:rPr>
            </w:pPr>
          </w:p>
        </w:tc>
      </w:tr>
      <w:tr w:rsidR="00CE58AD" w:rsidRPr="00CE6785" w14:paraId="1AFC6D9E" w14:textId="77777777" w:rsidTr="008E430D">
        <w:trPr>
          <w:jc w:val="center"/>
        </w:trPr>
        <w:tc>
          <w:tcPr>
            <w:tcW w:w="3629" w:type="dxa"/>
            <w:tcMar>
              <w:top w:w="80" w:type="dxa"/>
              <w:left w:w="100" w:type="dxa"/>
              <w:bottom w:w="80" w:type="dxa"/>
              <w:right w:w="100" w:type="dxa"/>
            </w:tcMar>
            <w:vAlign w:val="center"/>
          </w:tcPr>
          <w:p w14:paraId="772B6739" w14:textId="315EA3A9" w:rsidR="00CE58AD" w:rsidRPr="00CE6785" w:rsidRDefault="00305A28">
            <w:pPr>
              <w:rPr>
                <w:rFonts w:ascii="Cambria" w:hAnsi="Cambria"/>
                <w:sz w:val="22"/>
                <w:lang w:val="pl-PL"/>
              </w:rPr>
            </w:pPr>
            <w:r w:rsidRPr="00CE6785">
              <w:rPr>
                <w:rFonts w:ascii="Cambria" w:hAnsi="Cambria"/>
                <w:sz w:val="22"/>
                <w:lang w:val="pl-PL"/>
              </w:rPr>
              <w:t>N</w:t>
            </w:r>
            <w:r w:rsidR="00B579D6" w:rsidRPr="00CE6785">
              <w:rPr>
                <w:rFonts w:ascii="Cambria" w:hAnsi="Cambria"/>
                <w:sz w:val="22"/>
                <w:lang w:val="pl-PL"/>
              </w:rPr>
              <w:t>umer</w:t>
            </w:r>
            <w:r w:rsidRPr="00CE6785">
              <w:rPr>
                <w:rFonts w:ascii="Cambria" w:hAnsi="Cambria"/>
                <w:sz w:val="22"/>
                <w:lang w:val="pl-PL"/>
              </w:rPr>
              <w:t xml:space="preserve"> prawa wykonywania </w:t>
            </w:r>
            <w:r w:rsidR="00FE1845">
              <w:rPr>
                <w:rFonts w:ascii="Cambria" w:hAnsi="Cambria"/>
                <w:sz w:val="22"/>
                <w:lang w:val="pl-PL"/>
              </w:rPr>
              <w:t xml:space="preserve">zawodu </w:t>
            </w:r>
            <w:r w:rsidR="004346BB">
              <w:rPr>
                <w:rFonts w:ascii="Cambria" w:hAnsi="Cambria"/>
                <w:sz w:val="22"/>
                <w:lang w:val="pl-PL"/>
              </w:rPr>
              <w:t>pielęgniarki/pielęgniarza</w:t>
            </w:r>
          </w:p>
        </w:tc>
        <w:tc>
          <w:tcPr>
            <w:tcW w:w="6008" w:type="dxa"/>
            <w:tcMar>
              <w:top w:w="80" w:type="dxa"/>
              <w:left w:w="100" w:type="dxa"/>
              <w:bottom w:w="80" w:type="dxa"/>
              <w:right w:w="100" w:type="dxa"/>
            </w:tcMar>
            <w:vAlign w:val="center"/>
          </w:tcPr>
          <w:p w14:paraId="5723FF0D" w14:textId="77777777" w:rsidR="00CE58AD" w:rsidRPr="00CE6785" w:rsidRDefault="00CE58AD">
            <w:pPr>
              <w:jc w:val="center"/>
              <w:rPr>
                <w:rFonts w:ascii="Cambria" w:hAnsi="Cambria"/>
                <w:sz w:val="22"/>
                <w:lang w:val="pl-PL"/>
              </w:rPr>
            </w:pPr>
          </w:p>
        </w:tc>
      </w:tr>
      <w:tr w:rsidR="00CE58AD" w:rsidRPr="00CE6785" w14:paraId="7233C423" w14:textId="77777777" w:rsidTr="008E430D">
        <w:trPr>
          <w:jc w:val="center"/>
        </w:trPr>
        <w:tc>
          <w:tcPr>
            <w:tcW w:w="3629" w:type="dxa"/>
            <w:tcMar>
              <w:top w:w="80" w:type="dxa"/>
              <w:left w:w="100" w:type="dxa"/>
              <w:bottom w:w="80" w:type="dxa"/>
              <w:right w:w="100" w:type="dxa"/>
            </w:tcMar>
            <w:vAlign w:val="center"/>
          </w:tcPr>
          <w:p w14:paraId="6105FC58" w14:textId="0B7BCB75" w:rsidR="00CE58AD" w:rsidRPr="00CE6785" w:rsidRDefault="005855C4">
            <w:pPr>
              <w:rPr>
                <w:rFonts w:ascii="Cambria" w:hAnsi="Cambria"/>
                <w:sz w:val="22"/>
                <w:lang w:val="pl-PL"/>
              </w:rPr>
            </w:pPr>
            <w:r w:rsidRPr="005855C4">
              <w:rPr>
                <w:rFonts w:ascii="Cambria" w:hAnsi="Cambria"/>
                <w:sz w:val="22"/>
                <w:lang w:val="pl-PL"/>
              </w:rPr>
              <w:t>Numer księgi rejestrowej w RPWDL</w:t>
            </w:r>
          </w:p>
        </w:tc>
        <w:tc>
          <w:tcPr>
            <w:tcW w:w="6008" w:type="dxa"/>
            <w:tcMar>
              <w:top w:w="80" w:type="dxa"/>
              <w:left w:w="100" w:type="dxa"/>
              <w:bottom w:w="80" w:type="dxa"/>
              <w:right w:w="100" w:type="dxa"/>
            </w:tcMar>
            <w:vAlign w:val="center"/>
          </w:tcPr>
          <w:p w14:paraId="3DAEB3C8" w14:textId="77777777" w:rsidR="00CE58AD" w:rsidRPr="00CE6785" w:rsidRDefault="00CE58AD">
            <w:pPr>
              <w:jc w:val="center"/>
              <w:rPr>
                <w:rFonts w:ascii="Cambria" w:hAnsi="Cambria"/>
                <w:sz w:val="22"/>
                <w:lang w:val="pl-PL"/>
              </w:rPr>
            </w:pPr>
          </w:p>
        </w:tc>
      </w:tr>
    </w:tbl>
    <w:p w14:paraId="46F873AB"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t>2. Oferta cenowa dla wybranej części</w:t>
      </w:r>
    </w:p>
    <w:p w14:paraId="447A31D3" w14:textId="77777777" w:rsidR="00CE58AD" w:rsidRPr="00CE6785" w:rsidRDefault="00305A28">
      <w:pPr>
        <w:jc w:val="both"/>
        <w:rPr>
          <w:rFonts w:ascii="Cambria" w:hAnsi="Cambria"/>
          <w:sz w:val="22"/>
          <w:lang w:val="pl-PL"/>
        </w:rPr>
      </w:pPr>
      <w:r w:rsidRPr="00CE6785">
        <w:rPr>
          <w:rFonts w:ascii="Cambria" w:hAnsi="Cambria"/>
          <w:sz w:val="22"/>
          <w:lang w:val="pl-PL"/>
        </w:rPr>
        <w:t>Oferuję osobiste udzielanie świadczeń objętych SWKO w zakresie wybranej powyżej części za stawkę wskazaną poniżej i w Formularzu cenowym (Załącznik nr 1a) właściwym dla tej części:</w:t>
      </w:r>
    </w:p>
    <w:tbl>
      <w:tblPr>
        <w:tblStyle w:val="Tabela-Siatka"/>
        <w:tblW w:w="9637" w:type="dxa"/>
        <w:jc w:val="center"/>
        <w:tblLayout w:type="fixed"/>
        <w:tblLook w:val="04A0" w:firstRow="1" w:lastRow="0" w:firstColumn="1" w:lastColumn="0" w:noHBand="0" w:noVBand="1"/>
      </w:tblPr>
      <w:tblGrid>
        <w:gridCol w:w="3629"/>
        <w:gridCol w:w="6008"/>
      </w:tblGrid>
      <w:tr w:rsidR="00CE58AD" w:rsidRPr="00CE6785" w14:paraId="27DB6773" w14:textId="77777777" w:rsidTr="008E430D">
        <w:trPr>
          <w:tblHeader/>
          <w:jc w:val="center"/>
        </w:trPr>
        <w:tc>
          <w:tcPr>
            <w:tcW w:w="3629" w:type="dxa"/>
            <w:shd w:val="clear" w:color="auto" w:fill="E8EEF5"/>
            <w:tcMar>
              <w:top w:w="80" w:type="dxa"/>
              <w:left w:w="100" w:type="dxa"/>
              <w:bottom w:w="80" w:type="dxa"/>
              <w:right w:w="100" w:type="dxa"/>
            </w:tcMar>
            <w:vAlign w:val="center"/>
          </w:tcPr>
          <w:p w14:paraId="1ED6492A" w14:textId="77777777" w:rsidR="00CE58AD" w:rsidRPr="00CE6785" w:rsidRDefault="00305A28">
            <w:pPr>
              <w:rPr>
                <w:rFonts w:ascii="Cambria" w:hAnsi="Cambria"/>
                <w:sz w:val="22"/>
                <w:lang w:val="pl-PL"/>
              </w:rPr>
            </w:pPr>
            <w:r w:rsidRPr="00CE6785">
              <w:rPr>
                <w:rFonts w:ascii="Cambria" w:hAnsi="Cambria"/>
                <w:b/>
                <w:sz w:val="22"/>
                <w:lang w:val="pl-PL"/>
              </w:rPr>
              <w:t>Pozycja podlegająca ocenie</w:t>
            </w:r>
          </w:p>
        </w:tc>
        <w:tc>
          <w:tcPr>
            <w:tcW w:w="6008" w:type="dxa"/>
            <w:shd w:val="clear" w:color="auto" w:fill="E8EEF5"/>
            <w:tcMar>
              <w:top w:w="80" w:type="dxa"/>
              <w:left w:w="100" w:type="dxa"/>
              <w:bottom w:w="80" w:type="dxa"/>
              <w:right w:w="100" w:type="dxa"/>
            </w:tcMar>
            <w:vAlign w:val="center"/>
          </w:tcPr>
          <w:p w14:paraId="1DC19E1C" w14:textId="77777777" w:rsidR="0011430E" w:rsidRPr="00CE6785" w:rsidRDefault="00D72FF3">
            <w:pPr>
              <w:rPr>
                <w:rFonts w:ascii="Cambria" w:hAnsi="Cambria"/>
                <w:sz w:val="22"/>
                <w:lang w:val="pl-PL"/>
              </w:rPr>
            </w:pPr>
            <w:r w:rsidRPr="00CE6785">
              <w:rPr>
                <w:rFonts w:ascii="Cambria" w:hAnsi="Cambria"/>
                <w:sz w:val="22"/>
                <w:lang w:val="pl-PL"/>
              </w:rPr>
              <w:t>Oferowana stawka brutto – zgodna z Formularzem cenowym (Załącznik nr 1a) dla wskazanej części</w:t>
            </w:r>
          </w:p>
        </w:tc>
      </w:tr>
      <w:tr w:rsidR="00CE58AD" w:rsidRPr="00CE6785" w14:paraId="3204C4C3" w14:textId="77777777" w:rsidTr="008E430D">
        <w:trPr>
          <w:jc w:val="center"/>
        </w:trPr>
        <w:tc>
          <w:tcPr>
            <w:tcW w:w="3629" w:type="dxa"/>
            <w:tcMar>
              <w:top w:w="80" w:type="dxa"/>
              <w:left w:w="100" w:type="dxa"/>
              <w:bottom w:w="80" w:type="dxa"/>
              <w:right w:w="100" w:type="dxa"/>
            </w:tcMar>
            <w:vAlign w:val="center"/>
          </w:tcPr>
          <w:p w14:paraId="271C6100" w14:textId="5947F7D1" w:rsidR="0011430E" w:rsidRPr="00CE6785" w:rsidRDefault="009F5DC2">
            <w:pPr>
              <w:rPr>
                <w:rFonts w:ascii="Cambria" w:hAnsi="Cambria"/>
                <w:sz w:val="22"/>
                <w:lang w:val="pl-PL"/>
              </w:rPr>
            </w:pPr>
            <w:r w:rsidRPr="009F5DC2">
              <w:rPr>
                <w:rFonts w:ascii="Cambria" w:hAnsi="Cambria"/>
                <w:sz w:val="22"/>
                <w:lang w:val="pl-PL"/>
              </w:rPr>
              <w:t>Stawka brutto za jedną godzinę realizacji świadczeń i czynności objętych zamówieniem – część nr ………</w:t>
            </w:r>
          </w:p>
        </w:tc>
        <w:tc>
          <w:tcPr>
            <w:tcW w:w="6008" w:type="dxa"/>
            <w:tcMar>
              <w:top w:w="80" w:type="dxa"/>
              <w:left w:w="100" w:type="dxa"/>
              <w:bottom w:w="80" w:type="dxa"/>
              <w:right w:w="100" w:type="dxa"/>
            </w:tcMar>
            <w:vAlign w:val="center"/>
          </w:tcPr>
          <w:p w14:paraId="06C1F5A6" w14:textId="77777777" w:rsidR="00B579D6" w:rsidRPr="00CE6785" w:rsidRDefault="00B579D6" w:rsidP="00B579D6">
            <w:pPr>
              <w:rPr>
                <w:rFonts w:ascii="Cambria" w:hAnsi="Cambria"/>
                <w:sz w:val="22"/>
                <w:lang w:val="pl-PL"/>
              </w:rPr>
            </w:pPr>
          </w:p>
          <w:p w14:paraId="59F9A111" w14:textId="77777777" w:rsidR="00B579D6" w:rsidRPr="00CE6785" w:rsidRDefault="00305A28" w:rsidP="00B579D6">
            <w:pPr>
              <w:rPr>
                <w:rFonts w:ascii="Cambria" w:hAnsi="Cambria"/>
                <w:sz w:val="22"/>
                <w:lang w:val="pl-PL"/>
              </w:rPr>
            </w:pPr>
            <w:r w:rsidRPr="00CE6785">
              <w:rPr>
                <w:rFonts w:ascii="Cambria" w:hAnsi="Cambria"/>
                <w:sz w:val="22"/>
                <w:lang w:val="pl-PL"/>
              </w:rPr>
              <w:t>…………</w:t>
            </w:r>
            <w:r w:rsidR="00B579D6" w:rsidRPr="00CE6785">
              <w:rPr>
                <w:rFonts w:ascii="Cambria" w:hAnsi="Cambria"/>
                <w:sz w:val="22"/>
                <w:lang w:val="pl-PL"/>
              </w:rPr>
              <w:t>…………………………..</w:t>
            </w:r>
            <w:r w:rsidRPr="00CE6785">
              <w:rPr>
                <w:rFonts w:ascii="Cambria" w:hAnsi="Cambria"/>
                <w:sz w:val="22"/>
                <w:lang w:val="pl-PL"/>
              </w:rPr>
              <w:t xml:space="preserve">……… zł/h; </w:t>
            </w:r>
          </w:p>
          <w:p w14:paraId="58A4F91E" w14:textId="77777777" w:rsidR="00B579D6" w:rsidRPr="00CE6785" w:rsidRDefault="00B579D6">
            <w:pPr>
              <w:jc w:val="center"/>
              <w:rPr>
                <w:rFonts w:ascii="Cambria" w:hAnsi="Cambria"/>
                <w:sz w:val="22"/>
                <w:lang w:val="pl-PL"/>
              </w:rPr>
            </w:pPr>
          </w:p>
          <w:p w14:paraId="4BF5DBF9" w14:textId="77777777" w:rsidR="00CE58AD" w:rsidRPr="00CE6785" w:rsidRDefault="00305A28" w:rsidP="00B579D6">
            <w:pPr>
              <w:rPr>
                <w:rFonts w:ascii="Cambria" w:hAnsi="Cambria"/>
                <w:sz w:val="22"/>
                <w:lang w:val="pl-PL"/>
              </w:rPr>
            </w:pPr>
            <w:r w:rsidRPr="00CE6785">
              <w:rPr>
                <w:rFonts w:ascii="Cambria" w:hAnsi="Cambria"/>
                <w:sz w:val="22"/>
                <w:lang w:val="pl-PL"/>
              </w:rPr>
              <w:t>słownie: ………………………………………………………</w:t>
            </w:r>
          </w:p>
        </w:tc>
      </w:tr>
    </w:tbl>
    <w:p w14:paraId="7BFD367E" w14:textId="0FFAED95" w:rsidR="00CE58AD" w:rsidRPr="006777F1" w:rsidRDefault="009F5DC2" w:rsidP="008E430D">
      <w:pPr>
        <w:spacing w:before="120" w:after="0" w:line="360" w:lineRule="auto"/>
        <w:ind w:left="142"/>
        <w:jc w:val="both"/>
        <w:rPr>
          <w:rFonts w:ascii="Cambria" w:hAnsi="Cambria"/>
          <w:color w:val="EE0000"/>
          <w:sz w:val="22"/>
          <w:lang w:val="pl-PL"/>
        </w:rPr>
      </w:pPr>
      <w:r w:rsidRPr="006777F1">
        <w:rPr>
          <w:rFonts w:ascii="Cambria" w:hAnsi="Cambria"/>
          <w:color w:val="EE0000"/>
          <w:sz w:val="22"/>
          <w:lang w:val="pl-PL"/>
        </w:rPr>
        <w:t>Zaoferowana stawka brutto za jedną godzinę realizacji świadczeń i czynności objętych zamówieniem jest stawką wyjściową do ewentualnych negocjacji prowadzonych odrębnie dla wybranej części. Stawka obejmuje wszystkie koszty realizacji świadczeń i czynności objętych zamówieniem.</w:t>
      </w:r>
    </w:p>
    <w:p w14:paraId="3C206ED1"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lastRenderedPageBreak/>
        <w:t>3. Kryteria pozacenowe</w:t>
      </w:r>
    </w:p>
    <w:tbl>
      <w:tblPr>
        <w:tblStyle w:val="Tabela-Siatka"/>
        <w:tblW w:w="9637" w:type="dxa"/>
        <w:jc w:val="center"/>
        <w:tblLayout w:type="fixed"/>
        <w:tblLook w:val="04A0" w:firstRow="1" w:lastRow="0" w:firstColumn="1" w:lastColumn="0" w:noHBand="0" w:noVBand="1"/>
      </w:tblPr>
      <w:tblGrid>
        <w:gridCol w:w="3629"/>
        <w:gridCol w:w="2720"/>
        <w:gridCol w:w="3288"/>
      </w:tblGrid>
      <w:tr w:rsidR="00CE58AD" w:rsidRPr="00CE6785" w14:paraId="4F5258B4" w14:textId="77777777" w:rsidTr="008E430D">
        <w:trPr>
          <w:trHeight w:val="771"/>
          <w:tblHeader/>
          <w:jc w:val="center"/>
        </w:trPr>
        <w:tc>
          <w:tcPr>
            <w:tcW w:w="3629" w:type="dxa"/>
            <w:shd w:val="clear" w:color="auto" w:fill="E8EEF5"/>
            <w:tcMar>
              <w:top w:w="80" w:type="dxa"/>
              <w:left w:w="100" w:type="dxa"/>
              <w:bottom w:w="80" w:type="dxa"/>
              <w:right w:w="100" w:type="dxa"/>
            </w:tcMar>
            <w:vAlign w:val="center"/>
          </w:tcPr>
          <w:p w14:paraId="43482942" w14:textId="77777777" w:rsidR="00CE58AD" w:rsidRPr="00CE6785" w:rsidRDefault="00305A28" w:rsidP="00424199">
            <w:pPr>
              <w:jc w:val="center"/>
              <w:rPr>
                <w:rFonts w:ascii="Cambria" w:hAnsi="Cambria"/>
                <w:sz w:val="22"/>
                <w:lang w:val="pl-PL"/>
              </w:rPr>
            </w:pPr>
            <w:r w:rsidRPr="00CE6785">
              <w:rPr>
                <w:rFonts w:ascii="Cambria" w:hAnsi="Cambria"/>
                <w:b/>
                <w:sz w:val="22"/>
                <w:lang w:val="pl-PL"/>
              </w:rPr>
              <w:t>Kryterium</w:t>
            </w:r>
          </w:p>
        </w:tc>
        <w:tc>
          <w:tcPr>
            <w:tcW w:w="2720" w:type="dxa"/>
            <w:shd w:val="clear" w:color="auto" w:fill="E8EEF5"/>
            <w:tcMar>
              <w:top w:w="80" w:type="dxa"/>
              <w:left w:w="100" w:type="dxa"/>
              <w:bottom w:w="80" w:type="dxa"/>
              <w:right w:w="100" w:type="dxa"/>
            </w:tcMar>
            <w:vAlign w:val="center"/>
          </w:tcPr>
          <w:p w14:paraId="4263A0F1" w14:textId="77777777" w:rsidR="00CE58AD" w:rsidRPr="00CE6785" w:rsidRDefault="00305A28" w:rsidP="00424199">
            <w:pPr>
              <w:jc w:val="center"/>
              <w:rPr>
                <w:rFonts w:ascii="Cambria" w:hAnsi="Cambria"/>
                <w:sz w:val="22"/>
                <w:lang w:val="pl-PL"/>
              </w:rPr>
            </w:pPr>
            <w:r w:rsidRPr="00CE6785">
              <w:rPr>
                <w:rFonts w:ascii="Cambria" w:hAnsi="Cambria"/>
                <w:b/>
                <w:sz w:val="22"/>
                <w:lang w:val="pl-PL"/>
              </w:rPr>
              <w:t>Deklaracja Oferenta</w:t>
            </w:r>
          </w:p>
        </w:tc>
        <w:tc>
          <w:tcPr>
            <w:tcW w:w="3288" w:type="dxa"/>
            <w:shd w:val="clear" w:color="auto" w:fill="E8EEF5"/>
            <w:tcMar>
              <w:top w:w="80" w:type="dxa"/>
              <w:left w:w="100" w:type="dxa"/>
              <w:bottom w:w="80" w:type="dxa"/>
              <w:right w:w="100" w:type="dxa"/>
            </w:tcMar>
            <w:vAlign w:val="center"/>
          </w:tcPr>
          <w:p w14:paraId="032220D6" w14:textId="77777777" w:rsidR="00CE58AD" w:rsidRPr="00CE6785" w:rsidRDefault="00305A28" w:rsidP="00424199">
            <w:pPr>
              <w:jc w:val="center"/>
              <w:rPr>
                <w:rFonts w:ascii="Cambria" w:hAnsi="Cambria"/>
                <w:sz w:val="22"/>
                <w:lang w:val="pl-PL"/>
              </w:rPr>
            </w:pPr>
            <w:r w:rsidRPr="00CE6785">
              <w:rPr>
                <w:rFonts w:ascii="Cambria" w:hAnsi="Cambria"/>
                <w:b/>
                <w:sz w:val="22"/>
                <w:lang w:val="pl-PL"/>
              </w:rPr>
              <w:t>Dokument</w:t>
            </w:r>
          </w:p>
        </w:tc>
      </w:tr>
      <w:tr w:rsidR="00CE58AD" w:rsidRPr="00CE6785" w14:paraId="77D6F73A" w14:textId="77777777" w:rsidTr="008E430D">
        <w:trPr>
          <w:trHeight w:val="333"/>
          <w:jc w:val="center"/>
        </w:trPr>
        <w:tc>
          <w:tcPr>
            <w:tcW w:w="3629" w:type="dxa"/>
            <w:tcMar>
              <w:top w:w="80" w:type="dxa"/>
              <w:left w:w="100" w:type="dxa"/>
              <w:bottom w:w="80" w:type="dxa"/>
              <w:right w:w="100" w:type="dxa"/>
            </w:tcMar>
            <w:vAlign w:val="center"/>
          </w:tcPr>
          <w:p w14:paraId="2521DC9E" w14:textId="76EDE1B5" w:rsidR="00CE58AD" w:rsidRPr="00CE6785" w:rsidRDefault="00305A28">
            <w:pPr>
              <w:rPr>
                <w:rFonts w:ascii="Cambria" w:hAnsi="Cambria"/>
                <w:sz w:val="22"/>
                <w:lang w:val="pl-PL"/>
              </w:rPr>
            </w:pPr>
            <w:r w:rsidRPr="00CE6785">
              <w:rPr>
                <w:rFonts w:ascii="Cambria" w:hAnsi="Cambria"/>
                <w:sz w:val="22"/>
                <w:lang w:val="pl-PL"/>
              </w:rPr>
              <w:t xml:space="preserve">Doświadczenie </w:t>
            </w:r>
          </w:p>
        </w:tc>
        <w:tc>
          <w:tcPr>
            <w:tcW w:w="2720" w:type="dxa"/>
            <w:tcMar>
              <w:top w:w="80" w:type="dxa"/>
              <w:left w:w="100" w:type="dxa"/>
              <w:bottom w:w="80" w:type="dxa"/>
              <w:right w:w="100" w:type="dxa"/>
            </w:tcMar>
            <w:vAlign w:val="center"/>
          </w:tcPr>
          <w:p w14:paraId="1F19611B" w14:textId="77777777" w:rsidR="00CE58AD" w:rsidRPr="00CE6785" w:rsidRDefault="00305A28">
            <w:pPr>
              <w:jc w:val="center"/>
              <w:rPr>
                <w:rFonts w:ascii="Cambria" w:hAnsi="Cambria"/>
                <w:sz w:val="22"/>
                <w:lang w:val="pl-PL"/>
              </w:rPr>
            </w:pPr>
            <w:r w:rsidRPr="00CE6785">
              <w:rPr>
                <w:rFonts w:ascii="Cambria" w:hAnsi="Cambria"/>
                <w:sz w:val="22"/>
                <w:lang w:val="pl-PL"/>
              </w:rPr>
              <w:t>…… pełnych lat</w:t>
            </w:r>
          </w:p>
        </w:tc>
        <w:tc>
          <w:tcPr>
            <w:tcW w:w="3288" w:type="dxa"/>
            <w:tcMar>
              <w:top w:w="80" w:type="dxa"/>
              <w:left w:w="100" w:type="dxa"/>
              <w:bottom w:w="80" w:type="dxa"/>
              <w:right w:w="100" w:type="dxa"/>
            </w:tcMar>
            <w:vAlign w:val="center"/>
          </w:tcPr>
          <w:p w14:paraId="2BAF1C21" w14:textId="77777777" w:rsidR="00CE58AD" w:rsidRPr="00CE6785" w:rsidRDefault="00305A28">
            <w:pPr>
              <w:jc w:val="center"/>
              <w:rPr>
                <w:rFonts w:ascii="Cambria" w:hAnsi="Cambria"/>
                <w:sz w:val="22"/>
                <w:lang w:val="pl-PL"/>
              </w:rPr>
            </w:pPr>
            <w:r w:rsidRPr="00CE6785">
              <w:rPr>
                <w:rFonts w:ascii="Cambria" w:hAnsi="Cambria"/>
                <w:sz w:val="22"/>
                <w:lang w:val="pl-PL"/>
              </w:rPr>
              <w:t>Wykaz doświadczenia – zał. nr 3</w:t>
            </w:r>
          </w:p>
        </w:tc>
      </w:tr>
    </w:tbl>
    <w:p w14:paraId="36DD9D6D" w14:textId="1DA34DC2" w:rsidR="00CE58AD" w:rsidRPr="00CE6785" w:rsidRDefault="00305A28">
      <w:pPr>
        <w:pStyle w:val="Nagwek1"/>
        <w:rPr>
          <w:rFonts w:ascii="Cambria" w:hAnsi="Cambria"/>
          <w:sz w:val="22"/>
          <w:szCs w:val="22"/>
          <w:lang w:val="pl-PL"/>
        </w:rPr>
      </w:pPr>
      <w:r w:rsidRPr="00CE6785">
        <w:rPr>
          <w:rFonts w:ascii="Cambria" w:hAnsi="Cambria"/>
          <w:sz w:val="22"/>
          <w:szCs w:val="22"/>
          <w:lang w:val="pl-PL"/>
        </w:rPr>
        <w:t xml:space="preserve">4. Dyspozycyjność </w:t>
      </w:r>
    </w:p>
    <w:p w14:paraId="6EED2973" w14:textId="511479B3" w:rsidR="00CE58AD" w:rsidRPr="00CE6785" w:rsidRDefault="00F362D4" w:rsidP="008E430D">
      <w:pPr>
        <w:spacing w:line="360" w:lineRule="auto"/>
        <w:jc w:val="both"/>
        <w:rPr>
          <w:rFonts w:ascii="Cambria" w:hAnsi="Cambria"/>
          <w:sz w:val="22"/>
          <w:lang w:val="pl-PL"/>
        </w:rPr>
      </w:pPr>
      <w:r w:rsidRPr="00F362D4">
        <w:rPr>
          <w:rFonts w:ascii="Cambria" w:hAnsi="Cambria"/>
          <w:sz w:val="22"/>
          <w:lang w:val="pl-PL"/>
        </w:rPr>
        <w:t>Informacje w tej części służą wyłącznie organizacji harmonogramów i nie podlegają punktacji.</w:t>
      </w:r>
    </w:p>
    <w:tbl>
      <w:tblPr>
        <w:tblStyle w:val="Tabela-Siatka"/>
        <w:tblW w:w="9637" w:type="dxa"/>
        <w:jc w:val="center"/>
        <w:tblLayout w:type="fixed"/>
        <w:tblLook w:val="04A0" w:firstRow="1" w:lastRow="0" w:firstColumn="1" w:lastColumn="0" w:noHBand="0" w:noVBand="1"/>
      </w:tblPr>
      <w:tblGrid>
        <w:gridCol w:w="9637"/>
      </w:tblGrid>
      <w:tr w:rsidR="003432D9" w:rsidRPr="00CE6785" w14:paraId="059DECFB" w14:textId="77777777" w:rsidTr="002376B7">
        <w:trPr>
          <w:tblHeader/>
          <w:jc w:val="center"/>
        </w:trPr>
        <w:tc>
          <w:tcPr>
            <w:tcW w:w="9637" w:type="dxa"/>
            <w:shd w:val="clear" w:color="auto" w:fill="E8EEF5"/>
            <w:tcMar>
              <w:top w:w="80" w:type="dxa"/>
              <w:left w:w="100" w:type="dxa"/>
              <w:bottom w:w="80" w:type="dxa"/>
              <w:right w:w="100" w:type="dxa"/>
            </w:tcMar>
            <w:vAlign w:val="center"/>
          </w:tcPr>
          <w:p w14:paraId="354DD2D4" w14:textId="563B1560" w:rsidR="003432D9" w:rsidRPr="00CE6785" w:rsidRDefault="003432D9" w:rsidP="00424199">
            <w:pPr>
              <w:jc w:val="center"/>
              <w:rPr>
                <w:rFonts w:ascii="Cambria" w:hAnsi="Cambria"/>
                <w:sz w:val="22"/>
                <w:lang w:val="pl-PL"/>
              </w:rPr>
            </w:pPr>
            <w:r w:rsidRPr="00CE6785">
              <w:rPr>
                <w:rFonts w:ascii="Cambria" w:hAnsi="Cambria"/>
                <w:b/>
                <w:sz w:val="22"/>
                <w:lang w:val="pl-PL"/>
              </w:rPr>
              <w:t>Zakres</w:t>
            </w:r>
          </w:p>
        </w:tc>
      </w:tr>
      <w:tr w:rsidR="003432D9" w:rsidRPr="00CE6785" w14:paraId="36141B08" w14:textId="77777777" w:rsidTr="007B384D">
        <w:trPr>
          <w:jc w:val="center"/>
        </w:trPr>
        <w:tc>
          <w:tcPr>
            <w:tcW w:w="9637" w:type="dxa"/>
            <w:tcMar>
              <w:top w:w="80" w:type="dxa"/>
              <w:left w:w="100" w:type="dxa"/>
              <w:bottom w:w="80" w:type="dxa"/>
              <w:right w:w="100" w:type="dxa"/>
            </w:tcMar>
            <w:vAlign w:val="center"/>
          </w:tcPr>
          <w:p w14:paraId="073FCFD0" w14:textId="5D3CCA59" w:rsidR="003432D9" w:rsidRPr="00CE6785" w:rsidRDefault="003432D9" w:rsidP="003432D9">
            <w:pPr>
              <w:jc w:val="both"/>
              <w:rPr>
                <w:rFonts w:ascii="Cambria" w:hAnsi="Cambria"/>
                <w:sz w:val="22"/>
                <w:lang w:val="pl-PL"/>
              </w:rPr>
            </w:pPr>
            <w:r w:rsidRPr="00124289">
              <w:rPr>
                <w:rFonts w:ascii="Cambria" w:hAnsi="Cambria"/>
                <w:sz w:val="22"/>
                <w:lang w:val="pl-PL"/>
              </w:rPr>
              <w:t>Oświadczam, że jestem gotowy(-a) do realizacji świadczeń i czynności objętych wybraną częścią konkursu w wymiarze wynikającym z potrzeb Udzielającego Zamówienia i zatwierdzonych harmonogramów, do maksymalnej liczby godzin określonej dla zakresu podstawowego, z uwzględnieniem możliwości uruchomienia prawa opcji.</w:t>
            </w:r>
          </w:p>
        </w:tc>
      </w:tr>
    </w:tbl>
    <w:p w14:paraId="78FC7DC5"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t>5. Oświadczenia Oferenta</w:t>
      </w:r>
    </w:p>
    <w:p w14:paraId="0971ED46" w14:textId="77777777"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zapoznałem/</w:t>
      </w:r>
      <w:proofErr w:type="spellStart"/>
      <w:r w:rsidRPr="00CE6785">
        <w:rPr>
          <w:rFonts w:ascii="Cambria" w:hAnsi="Cambria"/>
          <w:sz w:val="22"/>
          <w:lang w:val="pl-PL"/>
        </w:rPr>
        <w:t>am</w:t>
      </w:r>
      <w:proofErr w:type="spellEnd"/>
      <w:r w:rsidRPr="00CE6785">
        <w:rPr>
          <w:rFonts w:ascii="Cambria" w:hAnsi="Cambria"/>
          <w:sz w:val="22"/>
          <w:lang w:val="pl-PL"/>
        </w:rPr>
        <w:t xml:space="preserve"> się z SWKO, projektem umowy i załącznikami, akceptuję je i nie wnoszę zastrzeżeń;</w:t>
      </w:r>
    </w:p>
    <w:p w14:paraId="72A84FE6" w14:textId="20DF788C"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 xml:space="preserve">posiadam fachowe kwalifikacje i prawo wykonywania zawodu </w:t>
      </w:r>
      <w:r w:rsidR="001527EA">
        <w:rPr>
          <w:rFonts w:ascii="Cambria" w:hAnsi="Cambria"/>
          <w:sz w:val="22"/>
          <w:lang w:val="pl-PL"/>
        </w:rPr>
        <w:t>pielęgniarki/pielęgniarza</w:t>
      </w:r>
      <w:r w:rsidRPr="00CE6785">
        <w:rPr>
          <w:rFonts w:ascii="Cambria" w:hAnsi="Cambria"/>
          <w:sz w:val="22"/>
          <w:lang w:val="pl-PL"/>
        </w:rPr>
        <w:t xml:space="preserve"> oraz będę je utrzymywać przez cały okres umowy;</w:t>
      </w:r>
    </w:p>
    <w:p w14:paraId="3E0E109C" w14:textId="71A2B7A4" w:rsidR="00CE58AD" w:rsidRPr="00CE6785" w:rsidRDefault="00265FE3" w:rsidP="008E430D">
      <w:pPr>
        <w:pStyle w:val="Listapunktowana"/>
        <w:numPr>
          <w:ilvl w:val="0"/>
          <w:numId w:val="1"/>
        </w:numPr>
        <w:jc w:val="both"/>
        <w:rPr>
          <w:rFonts w:ascii="Cambria" w:hAnsi="Cambria"/>
          <w:sz w:val="22"/>
          <w:lang w:val="pl-PL"/>
        </w:rPr>
      </w:pPr>
      <w:r w:rsidRPr="00265FE3">
        <w:rPr>
          <w:rFonts w:ascii="Cambria" w:hAnsi="Cambria"/>
          <w:sz w:val="22"/>
          <w:lang w:val="pl-PL"/>
        </w:rPr>
        <w:t xml:space="preserve">prowadzę działalność gospodarczą lub praktykę zawodową uprawniającą do udzielania świadczeń objętych konkursem i zobowiązuję się wykonywać świadczenia </w:t>
      </w:r>
      <w:r w:rsidR="000B394D" w:rsidRPr="00265FE3">
        <w:rPr>
          <w:rFonts w:ascii="Cambria" w:hAnsi="Cambria"/>
          <w:sz w:val="22"/>
          <w:lang w:val="pl-PL"/>
        </w:rPr>
        <w:t>osobiście;</w:t>
      </w:r>
    </w:p>
    <w:p w14:paraId="3C9FF36F" w14:textId="341ED2AC"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zaoferowana cena obejmuje wszystkie koszty wykonania umowy w wybranej części</w:t>
      </w:r>
      <w:r w:rsidR="001527EA">
        <w:rPr>
          <w:rFonts w:ascii="Cambria" w:hAnsi="Cambria"/>
          <w:sz w:val="22"/>
          <w:lang w:val="pl-PL"/>
        </w:rPr>
        <w:t xml:space="preserve"> </w:t>
      </w:r>
      <w:r w:rsidRPr="00CE6785">
        <w:rPr>
          <w:rFonts w:ascii="Cambria" w:hAnsi="Cambria"/>
          <w:sz w:val="22"/>
          <w:lang w:val="pl-PL"/>
        </w:rPr>
        <w:t>i pozostaję związany/a ofertą przez okres wskazany w SWKO;</w:t>
      </w:r>
    </w:p>
    <w:p w14:paraId="5F4ABD18" w14:textId="77777777"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posiadam polisę OC wymaganą w SWKO albo przedłożę ją przed zawarciem umowy;</w:t>
      </w:r>
    </w:p>
    <w:p w14:paraId="51451E68" w14:textId="77777777"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podane informacje są prawdziwe i wyrażam zgodę na ich weryfikację w rejestrach oraz na żądanie dokumentów źródłowych;</w:t>
      </w:r>
    </w:p>
    <w:p w14:paraId="63AC49B4" w14:textId="77777777"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nie zachodzą wobec mnie przeszkody prawne ani zdrowotne uniemożliwiające wykonywanie</w:t>
      </w:r>
      <w:r w:rsidR="008E430D" w:rsidRPr="00CE6785">
        <w:rPr>
          <w:rFonts w:ascii="Cambria" w:hAnsi="Cambria"/>
          <w:sz w:val="22"/>
          <w:lang w:val="pl-PL"/>
        </w:rPr>
        <w:t xml:space="preserve"> </w:t>
      </w:r>
      <w:r w:rsidRPr="00CE6785">
        <w:rPr>
          <w:rFonts w:ascii="Cambria" w:hAnsi="Cambria"/>
          <w:sz w:val="22"/>
          <w:lang w:val="pl-PL"/>
        </w:rPr>
        <w:t>świadczeń;</w:t>
      </w:r>
    </w:p>
    <w:p w14:paraId="63947AFF" w14:textId="77777777"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wypełniłem/</w:t>
      </w:r>
      <w:proofErr w:type="spellStart"/>
      <w:r w:rsidRPr="00CE6785">
        <w:rPr>
          <w:rFonts w:ascii="Cambria" w:hAnsi="Cambria"/>
          <w:sz w:val="22"/>
          <w:lang w:val="pl-PL"/>
        </w:rPr>
        <w:t>am</w:t>
      </w:r>
      <w:proofErr w:type="spellEnd"/>
      <w:r w:rsidRPr="00CE6785">
        <w:rPr>
          <w:rFonts w:ascii="Cambria" w:hAnsi="Cambria"/>
          <w:sz w:val="22"/>
          <w:lang w:val="pl-PL"/>
        </w:rPr>
        <w:t xml:space="preserve"> obowiązki informacyjne wynikające z art. 13 i 14 RODO wobec osób, których dane przekazuję w ofercie, albo obowiązek ten mnie nie dotyczy;</w:t>
      </w:r>
    </w:p>
    <w:p w14:paraId="523F6519" w14:textId="0F82DF4D" w:rsidR="00CE58AD" w:rsidRPr="00CE6785" w:rsidRDefault="00305A28" w:rsidP="008E430D">
      <w:pPr>
        <w:pStyle w:val="Listapunktowana"/>
        <w:numPr>
          <w:ilvl w:val="0"/>
          <w:numId w:val="1"/>
        </w:numPr>
        <w:jc w:val="both"/>
        <w:rPr>
          <w:rFonts w:ascii="Cambria" w:hAnsi="Cambria"/>
          <w:sz w:val="22"/>
          <w:lang w:val="pl-PL"/>
        </w:rPr>
      </w:pPr>
      <w:r w:rsidRPr="00CE6785">
        <w:rPr>
          <w:rFonts w:ascii="Cambria" w:hAnsi="Cambria"/>
          <w:sz w:val="22"/>
          <w:lang w:val="pl-PL"/>
        </w:rPr>
        <w:t>przyjmuję do wiadomości, że postępowanie zostało podzielone na 1</w:t>
      </w:r>
      <w:r w:rsidR="001527EA">
        <w:rPr>
          <w:rFonts w:ascii="Cambria" w:hAnsi="Cambria"/>
          <w:sz w:val="22"/>
          <w:lang w:val="pl-PL"/>
        </w:rPr>
        <w:t>3</w:t>
      </w:r>
      <w:r w:rsidRPr="00CE6785">
        <w:rPr>
          <w:rFonts w:ascii="Cambria" w:hAnsi="Cambria"/>
          <w:sz w:val="22"/>
          <w:lang w:val="pl-PL"/>
        </w:rPr>
        <w:t xml:space="preserve"> części, w każdej części zostanie wybrany jeden Oferent, a niniejsza oferta dotyczy wyłącznie części wskazanej powyżej;</w:t>
      </w:r>
    </w:p>
    <w:p w14:paraId="3F66DD12" w14:textId="1D025C3E" w:rsidR="006E5D38" w:rsidRPr="006E5D38" w:rsidRDefault="006E5D38" w:rsidP="006E5D38">
      <w:pPr>
        <w:pStyle w:val="Listapunktowana"/>
        <w:numPr>
          <w:ilvl w:val="0"/>
          <w:numId w:val="1"/>
        </w:numPr>
        <w:jc w:val="both"/>
        <w:rPr>
          <w:rFonts w:ascii="Cambria" w:hAnsi="Cambria"/>
          <w:sz w:val="22"/>
          <w:lang w:val="pl-PL"/>
        </w:rPr>
      </w:pPr>
      <w:r w:rsidRPr="006E5D38">
        <w:rPr>
          <w:rFonts w:ascii="Cambria" w:hAnsi="Cambria"/>
          <w:sz w:val="22"/>
          <w:lang w:val="pl-PL"/>
        </w:rPr>
        <w:t>przyjmuję do wiadomości, że umowa będzie wykonywana:</w:t>
      </w:r>
    </w:p>
    <w:p w14:paraId="683BD2E7" w14:textId="24710B24" w:rsidR="006E5D38" w:rsidRPr="006E5D38" w:rsidRDefault="006E5D38" w:rsidP="006E5D38">
      <w:pPr>
        <w:pStyle w:val="Listapunktowana"/>
        <w:ind w:left="360"/>
        <w:jc w:val="both"/>
        <w:rPr>
          <w:rFonts w:ascii="Cambria" w:hAnsi="Cambria"/>
          <w:sz w:val="22"/>
          <w:lang w:val="pl-PL"/>
        </w:rPr>
      </w:pPr>
      <w:r w:rsidRPr="006E5D38">
        <w:rPr>
          <w:rFonts w:ascii="Cambria" w:hAnsi="Cambria"/>
          <w:sz w:val="22"/>
          <w:lang w:val="pl-PL"/>
        </w:rPr>
        <w:t xml:space="preserve">a) dla Części nr 1–9 i 13 – przez 15 miesięcy, </w:t>
      </w:r>
      <w:r>
        <w:rPr>
          <w:rFonts w:ascii="Cambria" w:hAnsi="Cambria"/>
          <w:sz w:val="22"/>
          <w:lang w:val="pl-PL"/>
        </w:rPr>
        <w:tab/>
      </w:r>
      <w:r w:rsidRPr="006E5D38">
        <w:rPr>
          <w:rFonts w:ascii="Cambria" w:hAnsi="Cambria"/>
          <w:sz w:val="22"/>
          <w:lang w:val="pl-PL"/>
        </w:rPr>
        <w:t>od 1 października 2026 r. do 31 grudnia 2027 r.;</w:t>
      </w:r>
    </w:p>
    <w:p w14:paraId="235010B2" w14:textId="11D7F639" w:rsidR="006E5D38" w:rsidRDefault="006E5D38" w:rsidP="006E5D38">
      <w:pPr>
        <w:pStyle w:val="Listapunktowana"/>
        <w:ind w:left="360"/>
        <w:jc w:val="both"/>
        <w:rPr>
          <w:rFonts w:ascii="Cambria" w:hAnsi="Cambria"/>
          <w:sz w:val="22"/>
          <w:lang w:val="pl-PL"/>
        </w:rPr>
      </w:pPr>
      <w:r w:rsidRPr="006E5D38">
        <w:rPr>
          <w:rFonts w:ascii="Cambria" w:hAnsi="Cambria"/>
          <w:sz w:val="22"/>
          <w:lang w:val="pl-PL"/>
        </w:rPr>
        <w:t xml:space="preserve">b) dla Części nr 10–12 – przez 14 miesięcy, </w:t>
      </w:r>
      <w:r>
        <w:rPr>
          <w:rFonts w:ascii="Cambria" w:hAnsi="Cambria"/>
          <w:sz w:val="22"/>
          <w:lang w:val="pl-PL"/>
        </w:rPr>
        <w:tab/>
      </w:r>
      <w:r w:rsidRPr="006E5D38">
        <w:rPr>
          <w:rFonts w:ascii="Cambria" w:hAnsi="Cambria"/>
          <w:sz w:val="22"/>
          <w:lang w:val="pl-PL"/>
        </w:rPr>
        <w:t xml:space="preserve">od 1 listopada 2026 r. </w:t>
      </w:r>
      <w:r>
        <w:rPr>
          <w:rFonts w:ascii="Cambria" w:hAnsi="Cambria"/>
          <w:sz w:val="22"/>
          <w:lang w:val="pl-PL"/>
        </w:rPr>
        <w:tab/>
      </w:r>
      <w:r w:rsidR="00EB61DD">
        <w:rPr>
          <w:rFonts w:ascii="Cambria" w:hAnsi="Cambria"/>
          <w:sz w:val="22"/>
          <w:lang w:val="pl-PL"/>
        </w:rPr>
        <w:t xml:space="preserve">      </w:t>
      </w:r>
      <w:r w:rsidRPr="006E5D38">
        <w:rPr>
          <w:rFonts w:ascii="Cambria" w:hAnsi="Cambria"/>
          <w:sz w:val="22"/>
          <w:lang w:val="pl-PL"/>
        </w:rPr>
        <w:t>do 31 grudnia 2027 r.</w:t>
      </w:r>
    </w:p>
    <w:p w14:paraId="23F36AD7" w14:textId="77777777" w:rsidR="0011430E" w:rsidRPr="00CE6785" w:rsidRDefault="00D72FF3" w:rsidP="00A83160">
      <w:pPr>
        <w:pStyle w:val="Listapunktowana"/>
        <w:numPr>
          <w:ilvl w:val="0"/>
          <w:numId w:val="1"/>
        </w:numPr>
        <w:jc w:val="both"/>
        <w:rPr>
          <w:rFonts w:ascii="Cambria" w:hAnsi="Cambria"/>
          <w:sz w:val="22"/>
          <w:lang w:val="pl-PL"/>
        </w:rPr>
      </w:pPr>
      <w:r w:rsidRPr="00CE6785">
        <w:rPr>
          <w:rFonts w:ascii="Cambria" w:hAnsi="Cambria"/>
          <w:sz w:val="22"/>
          <w:lang w:val="pl-PL"/>
        </w:rPr>
        <w:t>akceptuję możliwość skorzystania przez Udzielającego Zamówienia z prawa opcji do 50% wartości zamówienia podstawowego, przy zachowaniu cen jednostkowych; łączna wartość świadczeń nie może przekroczyć maksymalnej wartości umowy obejmującej zamówienie podstawowe i uruchomioną opcję;</w:t>
      </w:r>
    </w:p>
    <w:p w14:paraId="4C566F14" w14:textId="77777777" w:rsidR="0011430E" w:rsidRPr="00CE6785" w:rsidRDefault="00D72FF3" w:rsidP="00A83160">
      <w:pPr>
        <w:pStyle w:val="Listapunktowana"/>
        <w:numPr>
          <w:ilvl w:val="0"/>
          <w:numId w:val="1"/>
        </w:numPr>
        <w:jc w:val="both"/>
        <w:rPr>
          <w:rFonts w:ascii="Cambria" w:hAnsi="Cambria"/>
          <w:sz w:val="22"/>
          <w:lang w:val="pl-PL"/>
        </w:rPr>
      </w:pPr>
      <w:r w:rsidRPr="00CE6785">
        <w:rPr>
          <w:rFonts w:ascii="Cambria" w:hAnsi="Cambria"/>
          <w:sz w:val="22"/>
          <w:lang w:val="pl-PL"/>
        </w:rPr>
        <w:t>przyjmuję do wiadomości, że złożenie oferty nie gwarantuje zawarcia umowy ani zlecenia określonej liczby godzin.</w:t>
      </w:r>
    </w:p>
    <w:p w14:paraId="2AF03C37"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t>6. Wykaz załączników</w:t>
      </w:r>
    </w:p>
    <w:tbl>
      <w:tblPr>
        <w:tblStyle w:val="Tabela-Siatka"/>
        <w:tblW w:w="9637" w:type="dxa"/>
        <w:jc w:val="center"/>
        <w:tblLayout w:type="fixed"/>
        <w:tblLook w:val="04A0" w:firstRow="1" w:lastRow="0" w:firstColumn="1" w:lastColumn="0" w:noHBand="0" w:noVBand="1"/>
      </w:tblPr>
      <w:tblGrid>
        <w:gridCol w:w="5755"/>
        <w:gridCol w:w="3882"/>
      </w:tblGrid>
      <w:tr w:rsidR="00CE58AD" w:rsidRPr="00CE6785" w14:paraId="32AB8BB9" w14:textId="77777777" w:rsidTr="008E430D">
        <w:trPr>
          <w:tblHeader/>
          <w:jc w:val="center"/>
        </w:trPr>
        <w:tc>
          <w:tcPr>
            <w:tcW w:w="5755" w:type="dxa"/>
            <w:shd w:val="clear" w:color="auto" w:fill="E8EEF5"/>
            <w:tcMar>
              <w:top w:w="80" w:type="dxa"/>
              <w:left w:w="100" w:type="dxa"/>
              <w:bottom w:w="80" w:type="dxa"/>
              <w:right w:w="100" w:type="dxa"/>
            </w:tcMar>
            <w:vAlign w:val="center"/>
          </w:tcPr>
          <w:p w14:paraId="5D42DDAD" w14:textId="77777777" w:rsidR="00CE58AD" w:rsidRPr="00CE6785" w:rsidRDefault="00305A28">
            <w:pPr>
              <w:rPr>
                <w:rFonts w:ascii="Cambria" w:hAnsi="Cambria"/>
                <w:sz w:val="22"/>
                <w:lang w:val="pl-PL"/>
              </w:rPr>
            </w:pPr>
            <w:r w:rsidRPr="00CE6785">
              <w:rPr>
                <w:rFonts w:ascii="Cambria" w:hAnsi="Cambria"/>
                <w:b/>
                <w:sz w:val="22"/>
                <w:lang w:val="pl-PL"/>
              </w:rPr>
              <w:t>Dokument</w:t>
            </w:r>
          </w:p>
        </w:tc>
        <w:tc>
          <w:tcPr>
            <w:tcW w:w="3882" w:type="dxa"/>
            <w:shd w:val="clear" w:color="auto" w:fill="E8EEF5"/>
            <w:tcMar>
              <w:top w:w="80" w:type="dxa"/>
              <w:left w:w="100" w:type="dxa"/>
              <w:bottom w:w="80" w:type="dxa"/>
              <w:right w:w="100" w:type="dxa"/>
            </w:tcMar>
            <w:vAlign w:val="center"/>
          </w:tcPr>
          <w:p w14:paraId="693F0B90" w14:textId="77777777" w:rsidR="00CE58AD" w:rsidRPr="00CE6785" w:rsidRDefault="00305A28" w:rsidP="002C2756">
            <w:pPr>
              <w:jc w:val="center"/>
              <w:rPr>
                <w:rFonts w:ascii="Cambria" w:hAnsi="Cambria"/>
                <w:sz w:val="22"/>
                <w:lang w:val="pl-PL"/>
              </w:rPr>
            </w:pPr>
            <w:r w:rsidRPr="00CE6785">
              <w:rPr>
                <w:rFonts w:ascii="Cambria" w:hAnsi="Cambria"/>
                <w:b/>
                <w:sz w:val="22"/>
                <w:lang w:val="pl-PL"/>
              </w:rPr>
              <w:t>Załączono</w:t>
            </w:r>
          </w:p>
        </w:tc>
      </w:tr>
      <w:tr w:rsidR="00CE58AD" w:rsidRPr="00CE6785" w14:paraId="4D91A82A" w14:textId="77777777" w:rsidTr="008E430D">
        <w:trPr>
          <w:jc w:val="center"/>
        </w:trPr>
        <w:tc>
          <w:tcPr>
            <w:tcW w:w="5755" w:type="dxa"/>
            <w:tcMar>
              <w:top w:w="80" w:type="dxa"/>
              <w:left w:w="100" w:type="dxa"/>
              <w:bottom w:w="80" w:type="dxa"/>
              <w:right w:w="100" w:type="dxa"/>
            </w:tcMar>
            <w:vAlign w:val="center"/>
          </w:tcPr>
          <w:p w14:paraId="7A1C0E12" w14:textId="77777777" w:rsidR="0011430E" w:rsidRPr="00CE6785" w:rsidRDefault="00D72FF3">
            <w:pPr>
              <w:rPr>
                <w:rFonts w:ascii="Cambria" w:hAnsi="Cambria"/>
                <w:sz w:val="22"/>
                <w:lang w:val="pl-PL"/>
              </w:rPr>
            </w:pPr>
            <w:r w:rsidRPr="00CE6785">
              <w:rPr>
                <w:rFonts w:ascii="Cambria" w:hAnsi="Cambria"/>
                <w:sz w:val="22"/>
                <w:lang w:val="pl-PL"/>
              </w:rPr>
              <w:t>Formularz cenowy (Załącznik nr 1a) właściwy dla wskazanej części</w:t>
            </w:r>
          </w:p>
        </w:tc>
        <w:tc>
          <w:tcPr>
            <w:tcW w:w="3882" w:type="dxa"/>
            <w:tcMar>
              <w:top w:w="80" w:type="dxa"/>
              <w:left w:w="100" w:type="dxa"/>
              <w:bottom w:w="80" w:type="dxa"/>
              <w:right w:w="100" w:type="dxa"/>
            </w:tcMar>
            <w:vAlign w:val="center"/>
          </w:tcPr>
          <w:p w14:paraId="2154CEE3" w14:textId="296CC218" w:rsidR="00CE58AD" w:rsidRPr="00CE6785" w:rsidRDefault="00305A28">
            <w:pPr>
              <w:jc w:val="center"/>
              <w:rPr>
                <w:rFonts w:ascii="Cambria" w:hAnsi="Cambria"/>
                <w:sz w:val="22"/>
                <w:lang w:val="pl-PL"/>
              </w:rPr>
            </w:pPr>
            <w:r w:rsidRPr="00CE6785">
              <w:rPr>
                <w:rFonts w:ascii="Cambria" w:hAnsi="Cambria"/>
                <w:sz w:val="22"/>
                <w:lang w:val="pl-PL"/>
              </w:rPr>
              <w:t>TAK / NIE</w:t>
            </w:r>
          </w:p>
        </w:tc>
      </w:tr>
      <w:tr w:rsidR="00CE58AD" w:rsidRPr="00CE6785" w14:paraId="5CE1F046" w14:textId="77777777" w:rsidTr="008E430D">
        <w:trPr>
          <w:jc w:val="center"/>
        </w:trPr>
        <w:tc>
          <w:tcPr>
            <w:tcW w:w="5755" w:type="dxa"/>
            <w:tcMar>
              <w:top w:w="80" w:type="dxa"/>
              <w:left w:w="100" w:type="dxa"/>
              <w:bottom w:w="80" w:type="dxa"/>
              <w:right w:w="100" w:type="dxa"/>
            </w:tcMar>
            <w:vAlign w:val="center"/>
          </w:tcPr>
          <w:p w14:paraId="67ED3AF5" w14:textId="43291A87" w:rsidR="00CE58AD" w:rsidRPr="00CE6785" w:rsidRDefault="00AD66A9">
            <w:pPr>
              <w:rPr>
                <w:rFonts w:ascii="Cambria" w:hAnsi="Cambria"/>
                <w:sz w:val="22"/>
                <w:lang w:val="pl-PL"/>
              </w:rPr>
            </w:pPr>
            <w:r w:rsidRPr="00AD66A9">
              <w:rPr>
                <w:rFonts w:ascii="Cambria" w:hAnsi="Cambria"/>
                <w:sz w:val="22"/>
                <w:lang w:val="pl-PL"/>
              </w:rPr>
              <w:t>dokument potwierdzający prawo wykonywania zawodu albo dane umożliwiające weryfikację</w:t>
            </w:r>
          </w:p>
        </w:tc>
        <w:tc>
          <w:tcPr>
            <w:tcW w:w="3882" w:type="dxa"/>
            <w:tcMar>
              <w:top w:w="80" w:type="dxa"/>
              <w:left w:w="100" w:type="dxa"/>
              <w:bottom w:w="80" w:type="dxa"/>
              <w:right w:w="100" w:type="dxa"/>
            </w:tcMar>
            <w:vAlign w:val="center"/>
          </w:tcPr>
          <w:p w14:paraId="12FBB1D5" w14:textId="5AD924CA" w:rsidR="00CE58AD" w:rsidRPr="00CE6785" w:rsidRDefault="00305A28">
            <w:pPr>
              <w:jc w:val="center"/>
              <w:rPr>
                <w:rFonts w:ascii="Cambria" w:hAnsi="Cambria"/>
                <w:sz w:val="22"/>
                <w:lang w:val="pl-PL"/>
              </w:rPr>
            </w:pPr>
            <w:r w:rsidRPr="00CE6785">
              <w:rPr>
                <w:rFonts w:ascii="Cambria" w:hAnsi="Cambria"/>
                <w:sz w:val="22"/>
                <w:lang w:val="pl-PL"/>
              </w:rPr>
              <w:t xml:space="preserve">TAK / NIE </w:t>
            </w:r>
          </w:p>
        </w:tc>
      </w:tr>
      <w:tr w:rsidR="00CE58AD" w:rsidRPr="00CE6785" w14:paraId="12F16AD8" w14:textId="77777777" w:rsidTr="008E430D">
        <w:trPr>
          <w:jc w:val="center"/>
        </w:trPr>
        <w:tc>
          <w:tcPr>
            <w:tcW w:w="5755" w:type="dxa"/>
            <w:tcMar>
              <w:top w:w="80" w:type="dxa"/>
              <w:left w:w="100" w:type="dxa"/>
              <w:bottom w:w="80" w:type="dxa"/>
              <w:right w:w="100" w:type="dxa"/>
            </w:tcMar>
            <w:vAlign w:val="center"/>
          </w:tcPr>
          <w:p w14:paraId="62CB9A99" w14:textId="77777777" w:rsidR="00CE58AD" w:rsidRPr="00CE6785" w:rsidRDefault="00305A28">
            <w:pPr>
              <w:rPr>
                <w:rFonts w:ascii="Cambria" w:hAnsi="Cambria"/>
                <w:sz w:val="22"/>
                <w:lang w:val="pl-PL"/>
              </w:rPr>
            </w:pPr>
            <w:r w:rsidRPr="00CE6785">
              <w:rPr>
                <w:rFonts w:ascii="Cambria" w:hAnsi="Cambria"/>
                <w:sz w:val="22"/>
                <w:lang w:val="pl-PL"/>
              </w:rPr>
              <w:lastRenderedPageBreak/>
              <w:t>Wydruk CEIDG</w:t>
            </w:r>
            <w:r w:rsidR="008E430D" w:rsidRPr="00CE6785">
              <w:rPr>
                <w:rFonts w:ascii="Cambria" w:hAnsi="Cambria"/>
                <w:sz w:val="22"/>
                <w:lang w:val="pl-PL"/>
              </w:rPr>
              <w:t xml:space="preserve"> </w:t>
            </w:r>
          </w:p>
        </w:tc>
        <w:tc>
          <w:tcPr>
            <w:tcW w:w="3882" w:type="dxa"/>
            <w:tcMar>
              <w:top w:w="80" w:type="dxa"/>
              <w:left w:w="100" w:type="dxa"/>
              <w:bottom w:w="80" w:type="dxa"/>
              <w:right w:w="100" w:type="dxa"/>
            </w:tcMar>
            <w:vAlign w:val="center"/>
          </w:tcPr>
          <w:p w14:paraId="37F6D25F" w14:textId="078C27FA" w:rsidR="00CE58AD" w:rsidRPr="00CE6785" w:rsidRDefault="00305A28">
            <w:pPr>
              <w:jc w:val="center"/>
              <w:rPr>
                <w:rFonts w:ascii="Cambria" w:hAnsi="Cambria"/>
                <w:sz w:val="22"/>
                <w:lang w:val="pl-PL"/>
              </w:rPr>
            </w:pPr>
            <w:r w:rsidRPr="00CE6785">
              <w:rPr>
                <w:rFonts w:ascii="Cambria" w:hAnsi="Cambria"/>
                <w:sz w:val="22"/>
                <w:lang w:val="pl-PL"/>
              </w:rPr>
              <w:t xml:space="preserve">TAK / NIE </w:t>
            </w:r>
          </w:p>
        </w:tc>
      </w:tr>
      <w:tr w:rsidR="00AD66A9" w:rsidRPr="00CE6785" w14:paraId="79344305" w14:textId="77777777" w:rsidTr="008E430D">
        <w:trPr>
          <w:jc w:val="center"/>
        </w:trPr>
        <w:tc>
          <w:tcPr>
            <w:tcW w:w="5755" w:type="dxa"/>
            <w:tcMar>
              <w:top w:w="80" w:type="dxa"/>
              <w:left w:w="100" w:type="dxa"/>
              <w:bottom w:w="80" w:type="dxa"/>
              <w:right w:w="100" w:type="dxa"/>
            </w:tcMar>
            <w:vAlign w:val="center"/>
          </w:tcPr>
          <w:p w14:paraId="3BBCB9C3" w14:textId="49E45B1E" w:rsidR="00AD66A9" w:rsidRPr="00CE6785" w:rsidRDefault="00151A7D">
            <w:pPr>
              <w:rPr>
                <w:rFonts w:ascii="Cambria" w:hAnsi="Cambria"/>
                <w:sz w:val="22"/>
                <w:lang w:val="pl-PL"/>
              </w:rPr>
            </w:pPr>
            <w:r w:rsidRPr="00151A7D">
              <w:rPr>
                <w:rFonts w:ascii="Cambria" w:hAnsi="Cambria"/>
                <w:sz w:val="22"/>
                <w:lang w:val="pl-PL"/>
              </w:rPr>
              <w:t>dokument potwierdzający wpis do RPWDL albo zobowiązanie do uzyskania wpisu w terminie dopuszczonym w SWKO</w:t>
            </w:r>
          </w:p>
        </w:tc>
        <w:tc>
          <w:tcPr>
            <w:tcW w:w="3882" w:type="dxa"/>
            <w:tcMar>
              <w:top w:w="80" w:type="dxa"/>
              <w:left w:w="100" w:type="dxa"/>
              <w:bottom w:w="80" w:type="dxa"/>
              <w:right w:w="100" w:type="dxa"/>
            </w:tcMar>
            <w:vAlign w:val="center"/>
          </w:tcPr>
          <w:p w14:paraId="522F3C97" w14:textId="26DDE036" w:rsidR="00AD66A9" w:rsidRPr="00CE6785" w:rsidRDefault="00151A7D">
            <w:pPr>
              <w:jc w:val="center"/>
              <w:rPr>
                <w:rFonts w:ascii="Cambria" w:hAnsi="Cambria"/>
                <w:sz w:val="22"/>
                <w:lang w:val="pl-PL"/>
              </w:rPr>
            </w:pPr>
            <w:r w:rsidRPr="00151A7D">
              <w:rPr>
                <w:rFonts w:ascii="Cambria" w:hAnsi="Cambria"/>
                <w:sz w:val="22"/>
                <w:lang w:val="pl-PL"/>
              </w:rPr>
              <w:t>TAK / NIE</w:t>
            </w:r>
          </w:p>
        </w:tc>
      </w:tr>
      <w:tr w:rsidR="00151A7D" w:rsidRPr="00CE6785" w14:paraId="64FEDE4B" w14:textId="77777777" w:rsidTr="008E430D">
        <w:trPr>
          <w:jc w:val="center"/>
        </w:trPr>
        <w:tc>
          <w:tcPr>
            <w:tcW w:w="5755" w:type="dxa"/>
            <w:tcMar>
              <w:top w:w="80" w:type="dxa"/>
              <w:left w:w="100" w:type="dxa"/>
              <w:bottom w:w="80" w:type="dxa"/>
              <w:right w:w="100" w:type="dxa"/>
            </w:tcMar>
            <w:vAlign w:val="center"/>
          </w:tcPr>
          <w:p w14:paraId="66B2D6A5" w14:textId="2B832586" w:rsidR="00151A7D" w:rsidRPr="00CE6785" w:rsidRDefault="0030771E">
            <w:pPr>
              <w:rPr>
                <w:rFonts w:ascii="Cambria" w:hAnsi="Cambria"/>
                <w:sz w:val="22"/>
                <w:lang w:val="pl-PL"/>
              </w:rPr>
            </w:pPr>
            <w:r w:rsidRPr="0030771E">
              <w:rPr>
                <w:rFonts w:ascii="Cambria" w:hAnsi="Cambria"/>
                <w:sz w:val="22"/>
                <w:lang w:val="pl-PL"/>
              </w:rPr>
              <w:t>wykaz doświadczenia – załącznik nr 3</w:t>
            </w:r>
          </w:p>
        </w:tc>
        <w:tc>
          <w:tcPr>
            <w:tcW w:w="3882" w:type="dxa"/>
            <w:tcMar>
              <w:top w:w="80" w:type="dxa"/>
              <w:left w:w="100" w:type="dxa"/>
              <w:bottom w:w="80" w:type="dxa"/>
              <w:right w:w="100" w:type="dxa"/>
            </w:tcMar>
            <w:vAlign w:val="center"/>
          </w:tcPr>
          <w:p w14:paraId="75E172D2" w14:textId="63F76DDB" w:rsidR="00151A7D" w:rsidRPr="00CE6785" w:rsidRDefault="0030771E">
            <w:pPr>
              <w:jc w:val="center"/>
              <w:rPr>
                <w:rFonts w:ascii="Cambria" w:hAnsi="Cambria"/>
                <w:sz w:val="22"/>
                <w:lang w:val="pl-PL"/>
              </w:rPr>
            </w:pPr>
            <w:r w:rsidRPr="0030771E">
              <w:rPr>
                <w:rFonts w:ascii="Cambria" w:hAnsi="Cambria"/>
                <w:sz w:val="22"/>
                <w:lang w:val="pl-PL"/>
              </w:rPr>
              <w:t>TAK / NIE</w:t>
            </w:r>
          </w:p>
        </w:tc>
      </w:tr>
      <w:tr w:rsidR="0030771E" w:rsidRPr="00CE6785" w14:paraId="31918636" w14:textId="77777777" w:rsidTr="008E430D">
        <w:trPr>
          <w:jc w:val="center"/>
        </w:trPr>
        <w:tc>
          <w:tcPr>
            <w:tcW w:w="5755" w:type="dxa"/>
            <w:tcMar>
              <w:top w:w="80" w:type="dxa"/>
              <w:left w:w="100" w:type="dxa"/>
              <w:bottom w:w="80" w:type="dxa"/>
              <w:right w:w="100" w:type="dxa"/>
            </w:tcMar>
            <w:vAlign w:val="center"/>
          </w:tcPr>
          <w:p w14:paraId="5CDB1BB4" w14:textId="323C3D43" w:rsidR="0030771E" w:rsidRPr="00CE6785" w:rsidRDefault="0030771E" w:rsidP="0030771E">
            <w:pPr>
              <w:rPr>
                <w:rFonts w:ascii="Cambria" w:hAnsi="Cambria"/>
                <w:sz w:val="22"/>
                <w:lang w:val="pl-PL"/>
              </w:rPr>
            </w:pPr>
            <w:r w:rsidRPr="00151A7D">
              <w:rPr>
                <w:rFonts w:ascii="Cambria" w:hAnsi="Cambria"/>
                <w:sz w:val="22"/>
                <w:lang w:val="pl-PL"/>
              </w:rPr>
              <w:t>dokumenty potwierdzające kwalifikacje wymagane dla wybranej części</w:t>
            </w:r>
          </w:p>
        </w:tc>
        <w:tc>
          <w:tcPr>
            <w:tcW w:w="3882" w:type="dxa"/>
            <w:tcMar>
              <w:top w:w="80" w:type="dxa"/>
              <w:left w:w="100" w:type="dxa"/>
              <w:bottom w:w="80" w:type="dxa"/>
              <w:right w:w="100" w:type="dxa"/>
            </w:tcMar>
            <w:vAlign w:val="center"/>
          </w:tcPr>
          <w:p w14:paraId="5CC2A06E" w14:textId="4C06F1D4" w:rsidR="0030771E" w:rsidRPr="00CE6785" w:rsidRDefault="0030771E" w:rsidP="0030771E">
            <w:pPr>
              <w:jc w:val="center"/>
              <w:rPr>
                <w:rFonts w:ascii="Cambria" w:hAnsi="Cambria"/>
                <w:sz w:val="22"/>
                <w:lang w:val="pl-PL"/>
              </w:rPr>
            </w:pPr>
            <w:r w:rsidRPr="00CE6785">
              <w:rPr>
                <w:rFonts w:ascii="Cambria" w:hAnsi="Cambria"/>
                <w:sz w:val="22"/>
                <w:lang w:val="pl-PL"/>
              </w:rPr>
              <w:t xml:space="preserve">TAK / NIE </w:t>
            </w:r>
          </w:p>
        </w:tc>
      </w:tr>
      <w:tr w:rsidR="00CE58AD" w:rsidRPr="00CE6785" w14:paraId="535A4395" w14:textId="77777777" w:rsidTr="008E430D">
        <w:trPr>
          <w:jc w:val="center"/>
        </w:trPr>
        <w:tc>
          <w:tcPr>
            <w:tcW w:w="5755" w:type="dxa"/>
            <w:tcMar>
              <w:top w:w="80" w:type="dxa"/>
              <w:left w:w="100" w:type="dxa"/>
              <w:bottom w:w="80" w:type="dxa"/>
              <w:right w:w="100" w:type="dxa"/>
            </w:tcMar>
            <w:vAlign w:val="center"/>
          </w:tcPr>
          <w:p w14:paraId="08112BC5" w14:textId="77777777" w:rsidR="00CE58AD" w:rsidRPr="00CE6785" w:rsidRDefault="00305A28">
            <w:pPr>
              <w:rPr>
                <w:rFonts w:ascii="Cambria" w:hAnsi="Cambria"/>
                <w:sz w:val="22"/>
                <w:lang w:val="pl-PL"/>
              </w:rPr>
            </w:pPr>
            <w:r w:rsidRPr="00CE6785">
              <w:rPr>
                <w:rFonts w:ascii="Cambria" w:hAnsi="Cambria"/>
                <w:sz w:val="22"/>
                <w:lang w:val="pl-PL"/>
              </w:rPr>
              <w:t>Polisa OC lub zobowiązanie</w:t>
            </w:r>
          </w:p>
        </w:tc>
        <w:tc>
          <w:tcPr>
            <w:tcW w:w="3882" w:type="dxa"/>
            <w:tcMar>
              <w:top w:w="80" w:type="dxa"/>
              <w:left w:w="100" w:type="dxa"/>
              <w:bottom w:w="80" w:type="dxa"/>
              <w:right w:w="100" w:type="dxa"/>
            </w:tcMar>
            <w:vAlign w:val="center"/>
          </w:tcPr>
          <w:p w14:paraId="15C8CC82" w14:textId="2AB91665" w:rsidR="00CE58AD" w:rsidRPr="00CE6785" w:rsidRDefault="00305A28">
            <w:pPr>
              <w:jc w:val="center"/>
              <w:rPr>
                <w:rFonts w:ascii="Cambria" w:hAnsi="Cambria"/>
                <w:sz w:val="22"/>
                <w:lang w:val="pl-PL"/>
              </w:rPr>
            </w:pPr>
            <w:r w:rsidRPr="00CE6785">
              <w:rPr>
                <w:rFonts w:ascii="Cambria" w:hAnsi="Cambria"/>
                <w:sz w:val="22"/>
                <w:lang w:val="pl-PL"/>
              </w:rPr>
              <w:t>TAK / NIE</w:t>
            </w:r>
          </w:p>
        </w:tc>
      </w:tr>
      <w:tr w:rsidR="00CE58AD" w:rsidRPr="00CE6785" w14:paraId="4A578DDA" w14:textId="77777777" w:rsidTr="008E430D">
        <w:trPr>
          <w:jc w:val="center"/>
        </w:trPr>
        <w:tc>
          <w:tcPr>
            <w:tcW w:w="5755" w:type="dxa"/>
            <w:tcMar>
              <w:top w:w="80" w:type="dxa"/>
              <w:left w:w="100" w:type="dxa"/>
              <w:bottom w:w="80" w:type="dxa"/>
              <w:right w:w="100" w:type="dxa"/>
            </w:tcMar>
            <w:vAlign w:val="center"/>
          </w:tcPr>
          <w:p w14:paraId="48DF9959" w14:textId="77777777" w:rsidR="00CE58AD" w:rsidRPr="00CE6785" w:rsidRDefault="00305A28">
            <w:pPr>
              <w:rPr>
                <w:rFonts w:ascii="Cambria" w:hAnsi="Cambria"/>
                <w:sz w:val="22"/>
                <w:lang w:val="pl-PL"/>
              </w:rPr>
            </w:pPr>
            <w:r w:rsidRPr="00CE6785">
              <w:rPr>
                <w:rFonts w:ascii="Cambria" w:hAnsi="Cambria"/>
                <w:sz w:val="22"/>
                <w:lang w:val="pl-PL"/>
              </w:rPr>
              <w:t>Oświadczenie z załącznika nr 2</w:t>
            </w:r>
          </w:p>
        </w:tc>
        <w:tc>
          <w:tcPr>
            <w:tcW w:w="3882" w:type="dxa"/>
            <w:tcMar>
              <w:top w:w="80" w:type="dxa"/>
              <w:left w:w="100" w:type="dxa"/>
              <w:bottom w:w="80" w:type="dxa"/>
              <w:right w:w="100" w:type="dxa"/>
            </w:tcMar>
            <w:vAlign w:val="center"/>
          </w:tcPr>
          <w:p w14:paraId="450ACC97" w14:textId="60507804" w:rsidR="00CE58AD" w:rsidRPr="00CE6785" w:rsidRDefault="00305A28">
            <w:pPr>
              <w:jc w:val="center"/>
              <w:rPr>
                <w:rFonts w:ascii="Cambria" w:hAnsi="Cambria"/>
                <w:sz w:val="22"/>
                <w:lang w:val="pl-PL"/>
              </w:rPr>
            </w:pPr>
            <w:r w:rsidRPr="00CE6785">
              <w:rPr>
                <w:rFonts w:ascii="Cambria" w:hAnsi="Cambria"/>
                <w:sz w:val="22"/>
                <w:lang w:val="pl-PL"/>
              </w:rPr>
              <w:t>TAK / NIE</w:t>
            </w:r>
          </w:p>
        </w:tc>
      </w:tr>
      <w:tr w:rsidR="00CE58AD" w:rsidRPr="00CE6785" w14:paraId="3F274527" w14:textId="77777777" w:rsidTr="008E430D">
        <w:trPr>
          <w:jc w:val="center"/>
        </w:trPr>
        <w:tc>
          <w:tcPr>
            <w:tcW w:w="5755" w:type="dxa"/>
            <w:tcMar>
              <w:top w:w="80" w:type="dxa"/>
              <w:left w:w="100" w:type="dxa"/>
              <w:bottom w:w="80" w:type="dxa"/>
              <w:right w:w="100" w:type="dxa"/>
            </w:tcMar>
            <w:vAlign w:val="center"/>
          </w:tcPr>
          <w:p w14:paraId="1BE9CB99" w14:textId="77777777" w:rsidR="00CE58AD" w:rsidRPr="00CE6785" w:rsidRDefault="00305A28">
            <w:pPr>
              <w:rPr>
                <w:rFonts w:ascii="Cambria" w:hAnsi="Cambria"/>
                <w:sz w:val="22"/>
                <w:lang w:val="pl-PL"/>
              </w:rPr>
            </w:pPr>
            <w:r w:rsidRPr="00CE6785">
              <w:rPr>
                <w:rFonts w:ascii="Cambria" w:hAnsi="Cambria"/>
                <w:sz w:val="22"/>
                <w:lang w:val="pl-PL"/>
              </w:rPr>
              <w:t>Pełnomocnictwo – jeżeli dotyczy</w:t>
            </w:r>
          </w:p>
        </w:tc>
        <w:tc>
          <w:tcPr>
            <w:tcW w:w="3882" w:type="dxa"/>
            <w:tcMar>
              <w:top w:w="80" w:type="dxa"/>
              <w:left w:w="100" w:type="dxa"/>
              <w:bottom w:w="80" w:type="dxa"/>
              <w:right w:w="100" w:type="dxa"/>
            </w:tcMar>
            <w:vAlign w:val="center"/>
          </w:tcPr>
          <w:p w14:paraId="73347988" w14:textId="77777777" w:rsidR="00CE58AD" w:rsidRPr="00CE6785" w:rsidRDefault="00305A28">
            <w:pPr>
              <w:jc w:val="center"/>
              <w:rPr>
                <w:rFonts w:ascii="Cambria" w:hAnsi="Cambria"/>
                <w:sz w:val="22"/>
                <w:lang w:val="pl-PL"/>
              </w:rPr>
            </w:pPr>
            <w:r w:rsidRPr="00CE6785">
              <w:rPr>
                <w:rFonts w:ascii="Cambria" w:hAnsi="Cambria"/>
                <w:sz w:val="22"/>
                <w:lang w:val="pl-PL"/>
              </w:rPr>
              <w:t>TAK / NIE / NIE DOTYCZY</w:t>
            </w:r>
          </w:p>
        </w:tc>
      </w:tr>
    </w:tbl>
    <w:p w14:paraId="6094AEA0"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t>7. Osoba do kontaktu</w:t>
      </w:r>
    </w:p>
    <w:p w14:paraId="42FC1893" w14:textId="77777777" w:rsidR="008E430D" w:rsidRPr="00CE6785" w:rsidRDefault="00305A28">
      <w:pPr>
        <w:jc w:val="both"/>
        <w:rPr>
          <w:rFonts w:ascii="Cambria" w:hAnsi="Cambria"/>
          <w:sz w:val="22"/>
          <w:lang w:val="pl-PL"/>
        </w:rPr>
      </w:pPr>
      <w:r w:rsidRPr="00CE6785">
        <w:rPr>
          <w:rFonts w:ascii="Cambria" w:hAnsi="Cambria"/>
          <w:sz w:val="22"/>
          <w:lang w:val="pl-PL"/>
        </w:rPr>
        <w:t xml:space="preserve">Imię i nazwisko: ……………………………………………  </w:t>
      </w:r>
    </w:p>
    <w:p w14:paraId="672EF6EC" w14:textId="77777777" w:rsidR="00424199" w:rsidRDefault="00305A28">
      <w:pPr>
        <w:jc w:val="both"/>
        <w:rPr>
          <w:rFonts w:ascii="Cambria" w:hAnsi="Cambria"/>
          <w:sz w:val="22"/>
          <w:lang w:val="pl-PL"/>
        </w:rPr>
      </w:pPr>
      <w:r w:rsidRPr="00CE6785">
        <w:rPr>
          <w:rFonts w:ascii="Cambria" w:hAnsi="Cambria"/>
          <w:sz w:val="22"/>
          <w:lang w:val="pl-PL"/>
        </w:rPr>
        <w:t xml:space="preserve">Telefon: ………………………  </w:t>
      </w:r>
    </w:p>
    <w:p w14:paraId="5C47A12F" w14:textId="44721225" w:rsidR="00CE58AD" w:rsidRPr="00CE6785" w:rsidRDefault="00305A28">
      <w:pPr>
        <w:jc w:val="both"/>
        <w:rPr>
          <w:rFonts w:ascii="Cambria" w:hAnsi="Cambria"/>
          <w:sz w:val="22"/>
          <w:lang w:val="pl-PL"/>
        </w:rPr>
      </w:pPr>
      <w:r w:rsidRPr="00CE6785">
        <w:rPr>
          <w:rFonts w:ascii="Cambria" w:hAnsi="Cambria"/>
          <w:sz w:val="22"/>
          <w:lang w:val="pl-PL"/>
        </w:rPr>
        <w:t>E-mail: ……………………………………………</w:t>
      </w:r>
    </w:p>
    <w:p w14:paraId="42FF637D" w14:textId="77777777" w:rsidR="00CE58AD" w:rsidRPr="00CE6785" w:rsidRDefault="00305A28">
      <w:pPr>
        <w:pStyle w:val="Nagwek1"/>
        <w:rPr>
          <w:rFonts w:ascii="Cambria" w:hAnsi="Cambria"/>
          <w:sz w:val="22"/>
          <w:szCs w:val="22"/>
          <w:lang w:val="pl-PL"/>
        </w:rPr>
      </w:pPr>
      <w:r w:rsidRPr="00CE6785">
        <w:rPr>
          <w:rFonts w:ascii="Cambria" w:hAnsi="Cambria"/>
          <w:sz w:val="22"/>
          <w:szCs w:val="22"/>
          <w:lang w:val="pl-PL"/>
        </w:rPr>
        <w:t>8. Zastrzeżenie poufności</w:t>
      </w:r>
    </w:p>
    <w:p w14:paraId="5A987CF6" w14:textId="77777777" w:rsidR="00CE58AD" w:rsidRPr="00CE6785" w:rsidRDefault="00305A28">
      <w:pPr>
        <w:jc w:val="both"/>
        <w:rPr>
          <w:rFonts w:ascii="Cambria" w:hAnsi="Cambria"/>
          <w:sz w:val="22"/>
          <w:lang w:val="pl-PL"/>
        </w:rPr>
      </w:pPr>
      <w:r w:rsidRPr="00CE6785">
        <w:rPr>
          <w:rFonts w:ascii="Cambria" w:hAnsi="Cambria"/>
          <w:sz w:val="22"/>
          <w:lang w:val="pl-PL"/>
        </w:rPr>
        <w:t>Dokumenty lub informacje, które nie powinny być udostępniane, wraz z uzasadnieniem: …………………………………………………………………………………………………………………………………………………………</w:t>
      </w:r>
    </w:p>
    <w:p w14:paraId="26FEDF4E" w14:textId="77777777" w:rsidR="00D34B38" w:rsidRPr="00CE6785" w:rsidRDefault="00D34B38" w:rsidP="00D34B38">
      <w:pPr>
        <w:rPr>
          <w:rFonts w:ascii="Cambria" w:hAnsi="Cambria"/>
          <w:sz w:val="22"/>
          <w:lang w:val="pl-PL"/>
        </w:rPr>
      </w:pPr>
    </w:p>
    <w:p w14:paraId="1AC9896E" w14:textId="77777777" w:rsidR="00CE58AD" w:rsidRPr="00CE6785" w:rsidRDefault="00305A28" w:rsidP="00D34B38">
      <w:pPr>
        <w:rPr>
          <w:rFonts w:ascii="Cambria" w:hAnsi="Cambria"/>
          <w:sz w:val="22"/>
          <w:lang w:val="pl-PL"/>
        </w:rPr>
      </w:pPr>
      <w:r w:rsidRPr="00CE6785">
        <w:rPr>
          <w:rFonts w:ascii="Cambria" w:hAnsi="Cambria"/>
          <w:sz w:val="22"/>
          <w:lang w:val="pl-PL"/>
        </w:rPr>
        <w:t>Miejscowość i data: ……………………………………………</w:t>
      </w:r>
    </w:p>
    <w:p w14:paraId="40AA0F7C" w14:textId="77777777" w:rsidR="00D34B38" w:rsidRPr="00CE6785" w:rsidRDefault="00D34B38" w:rsidP="00D34B38">
      <w:pPr>
        <w:rPr>
          <w:rFonts w:ascii="Cambria" w:hAnsi="Cambria"/>
          <w:b/>
          <w:sz w:val="22"/>
          <w:lang w:val="pl-PL"/>
        </w:rPr>
      </w:pPr>
    </w:p>
    <w:p w14:paraId="5720EFAC" w14:textId="77777777" w:rsidR="00CE58AD" w:rsidRPr="00CE6785" w:rsidRDefault="00305A28" w:rsidP="00D34B38">
      <w:pPr>
        <w:rPr>
          <w:rFonts w:ascii="Cambria" w:hAnsi="Cambria"/>
          <w:sz w:val="22"/>
          <w:lang w:val="pl-PL"/>
        </w:rPr>
      </w:pPr>
      <w:r w:rsidRPr="00CE6785">
        <w:rPr>
          <w:rFonts w:ascii="Cambria" w:hAnsi="Cambria"/>
          <w:b/>
          <w:sz w:val="22"/>
          <w:lang w:val="pl-PL"/>
        </w:rPr>
        <w:t>Podpis Oferenta / pełnomocnika: ……………………………………………</w:t>
      </w:r>
    </w:p>
    <w:p w14:paraId="25977B58" w14:textId="77777777" w:rsidR="00D34B38" w:rsidRPr="00CE6785" w:rsidRDefault="00D34B38" w:rsidP="00D34B38">
      <w:pPr>
        <w:rPr>
          <w:rFonts w:ascii="Cambria" w:hAnsi="Cambria"/>
          <w:i/>
          <w:sz w:val="22"/>
          <w:lang w:val="pl-PL"/>
        </w:rPr>
      </w:pPr>
    </w:p>
    <w:p w14:paraId="3F639AFD" w14:textId="77777777" w:rsidR="00CE58AD" w:rsidRPr="00CE6785" w:rsidRDefault="00305A28" w:rsidP="00A83160">
      <w:pPr>
        <w:jc w:val="center"/>
        <w:rPr>
          <w:rFonts w:ascii="Cambria" w:hAnsi="Cambria"/>
          <w:color w:val="EE0000"/>
          <w:sz w:val="22"/>
          <w:lang w:val="pl-PL"/>
        </w:rPr>
      </w:pPr>
      <w:r w:rsidRPr="00CE6785">
        <w:rPr>
          <w:rFonts w:ascii="Cambria" w:hAnsi="Cambria"/>
          <w:color w:val="EE0000"/>
          <w:sz w:val="22"/>
          <w:lang w:val="pl-PL"/>
        </w:rPr>
        <w:t>W przypadku oferty składanej w postaci elektronicznej formularz i pozostałe dokumenty należy sporządzić i podpisać w sposób wymagany w SWKO oraz przesłać na wskazany tam adres e-mail.</w:t>
      </w:r>
    </w:p>
    <w:sectPr w:rsidR="00CE58AD" w:rsidRPr="00CE6785" w:rsidSect="00034616">
      <w:headerReference w:type="default" r:id="rId8"/>
      <w:footerReference w:type="default" r:id="rId9"/>
      <w:pgSz w:w="11906" w:h="16838"/>
      <w:pgMar w:top="822" w:right="1020" w:bottom="822" w:left="1134"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042F5" w14:textId="77777777" w:rsidR="00AB3DB4" w:rsidRDefault="00AB3DB4">
      <w:pPr>
        <w:spacing w:after="0" w:line="240" w:lineRule="auto"/>
      </w:pPr>
      <w:r>
        <w:separator/>
      </w:r>
    </w:p>
  </w:endnote>
  <w:endnote w:type="continuationSeparator" w:id="0">
    <w:p w14:paraId="2BAA81BC" w14:textId="77777777" w:rsidR="00AB3DB4" w:rsidRDefault="00AB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820611"/>
      <w:docPartObj>
        <w:docPartGallery w:val="Page Numbers (Bottom of Page)"/>
        <w:docPartUnique/>
      </w:docPartObj>
    </w:sdtPr>
    <w:sdtEndPr/>
    <w:sdtContent>
      <w:sdt>
        <w:sdtPr>
          <w:id w:val="1728636285"/>
          <w:docPartObj>
            <w:docPartGallery w:val="Page Numbers (Top of Page)"/>
            <w:docPartUnique/>
          </w:docPartObj>
        </w:sdtPr>
        <w:sdtEndPr/>
        <w:sdtContent>
          <w:p w14:paraId="3C3D4DA7" w14:textId="77777777" w:rsidR="008E430D" w:rsidRDefault="008E430D">
            <w:pPr>
              <w:pStyle w:val="Stopka"/>
              <w:jc w:val="center"/>
            </w:pPr>
          </w:p>
          <w:p w14:paraId="16D8DEAE" w14:textId="77777777" w:rsidR="008E430D" w:rsidRDefault="008E430D" w:rsidP="008E430D">
            <w:pPr>
              <w:pStyle w:val="Stopka"/>
              <w:pBdr>
                <w:top w:val="single" w:sz="4" w:space="1" w:color="auto"/>
              </w:pBdr>
              <w:jc w:val="right"/>
            </w:pPr>
            <w:r>
              <w:rPr>
                <w:lang w:val="pl-PL"/>
              </w:rPr>
              <w:t xml:space="preserve">Strona </w:t>
            </w:r>
            <w:r>
              <w:rPr>
                <w:b/>
                <w:bCs/>
                <w:sz w:val="24"/>
                <w:szCs w:val="24"/>
              </w:rPr>
              <w:fldChar w:fldCharType="begin"/>
            </w:r>
            <w:r>
              <w:rPr>
                <w:b/>
                <w:bCs/>
              </w:rPr>
              <w:instrText>PAGE</w:instrText>
            </w:r>
            <w:r>
              <w:rPr>
                <w:b/>
                <w:bCs/>
                <w:sz w:val="24"/>
                <w:szCs w:val="24"/>
              </w:rPr>
              <w:fldChar w:fldCharType="separate"/>
            </w:r>
            <w:r>
              <w:rPr>
                <w:b/>
                <w:bCs/>
                <w:lang w:val="pl-PL"/>
              </w:rPr>
              <w:t>2</w:t>
            </w:r>
            <w:r>
              <w:rPr>
                <w:b/>
                <w:bCs/>
                <w:sz w:val="24"/>
                <w:szCs w:val="24"/>
              </w:rPr>
              <w:fldChar w:fldCharType="end"/>
            </w:r>
            <w:r>
              <w:rPr>
                <w:lang w:val="pl-PL"/>
              </w:rPr>
              <w:t xml:space="preserve"> z </w:t>
            </w:r>
            <w:r>
              <w:rPr>
                <w:b/>
                <w:bCs/>
                <w:sz w:val="24"/>
                <w:szCs w:val="24"/>
              </w:rPr>
              <w:fldChar w:fldCharType="begin"/>
            </w:r>
            <w:r>
              <w:rPr>
                <w:b/>
                <w:bCs/>
              </w:rPr>
              <w:instrText>NUMPAGES</w:instrText>
            </w:r>
            <w:r>
              <w:rPr>
                <w:b/>
                <w:bCs/>
                <w:sz w:val="24"/>
                <w:szCs w:val="24"/>
              </w:rPr>
              <w:fldChar w:fldCharType="separate"/>
            </w:r>
            <w:r>
              <w:rPr>
                <w:b/>
                <w:bCs/>
                <w:lang w:val="pl-PL"/>
              </w:rPr>
              <w:t>2</w:t>
            </w:r>
            <w:r>
              <w:rPr>
                <w:b/>
                <w:bCs/>
                <w:sz w:val="24"/>
                <w:szCs w:val="24"/>
              </w:rPr>
              <w:fldChar w:fldCharType="end"/>
            </w:r>
          </w:p>
        </w:sdtContent>
      </w:sdt>
    </w:sdtContent>
  </w:sdt>
  <w:p w14:paraId="18E378FA" w14:textId="77777777" w:rsidR="00CE58AD" w:rsidRDefault="00CE58AD" w:rsidP="008E430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BF31C" w14:textId="77777777" w:rsidR="00AB3DB4" w:rsidRDefault="00AB3DB4">
      <w:pPr>
        <w:spacing w:after="0" w:line="240" w:lineRule="auto"/>
      </w:pPr>
      <w:r>
        <w:separator/>
      </w:r>
    </w:p>
  </w:footnote>
  <w:footnote w:type="continuationSeparator" w:id="0">
    <w:p w14:paraId="3921B88D" w14:textId="77777777" w:rsidR="00AB3DB4" w:rsidRDefault="00AB3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5984" w14:textId="77777777" w:rsidR="00CE58AD" w:rsidRDefault="00305A28">
    <w:pPr>
      <w:pStyle w:val="Nagwek"/>
      <w:jc w:val="right"/>
    </w:pPr>
    <w:r>
      <w:rPr>
        <w:color w:val="5A5A5A"/>
        <w:sz w:val="15"/>
      </w:rPr>
      <w:t>ZOZ W NIDZICY | ZAŁĄCZNIK NR 1 – FORMULARZ OFERTOWY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04150011"/>
    <w:lvl w:ilvl="0">
      <w:start w:val="1"/>
      <w:numFmt w:val="decimal"/>
      <w:lvlText w:val="%1)"/>
      <w:lvlJc w:val="left"/>
      <w:pPr>
        <w:ind w:left="360" w:hanging="360"/>
      </w:pPr>
      <w:rPr>
        <w:rFonts w:hint="default"/>
      </w:rPr>
    </w:lvl>
  </w:abstractNum>
  <w:num w:numId="1" w16cid:durableId="1897861526">
    <w:abstractNumId w:val="8"/>
  </w:num>
  <w:num w:numId="2" w16cid:durableId="787089535">
    <w:abstractNumId w:val="6"/>
  </w:num>
  <w:num w:numId="3" w16cid:durableId="373308501">
    <w:abstractNumId w:val="5"/>
  </w:num>
  <w:num w:numId="4" w16cid:durableId="1900360767">
    <w:abstractNumId w:val="4"/>
  </w:num>
  <w:num w:numId="5" w16cid:durableId="1252810757">
    <w:abstractNumId w:val="7"/>
  </w:num>
  <w:num w:numId="6" w16cid:durableId="859901276">
    <w:abstractNumId w:val="3"/>
  </w:num>
  <w:num w:numId="7" w16cid:durableId="1157309672">
    <w:abstractNumId w:val="2"/>
  </w:num>
  <w:num w:numId="8" w16cid:durableId="1906255149">
    <w:abstractNumId w:val="1"/>
  </w:num>
  <w:num w:numId="9" w16cid:durableId="2080471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AB7"/>
    <w:rsid w:val="00010799"/>
    <w:rsid w:val="00034616"/>
    <w:rsid w:val="0006063C"/>
    <w:rsid w:val="000B394D"/>
    <w:rsid w:val="0011430E"/>
    <w:rsid w:val="00124289"/>
    <w:rsid w:val="0015074B"/>
    <w:rsid w:val="00151A7D"/>
    <w:rsid w:val="001527EA"/>
    <w:rsid w:val="0017272D"/>
    <w:rsid w:val="00182811"/>
    <w:rsid w:val="00195419"/>
    <w:rsid w:val="00265FE3"/>
    <w:rsid w:val="0029639D"/>
    <w:rsid w:val="002C2756"/>
    <w:rsid w:val="00305A28"/>
    <w:rsid w:val="0030771E"/>
    <w:rsid w:val="00326F90"/>
    <w:rsid w:val="003432D9"/>
    <w:rsid w:val="003674C2"/>
    <w:rsid w:val="00424199"/>
    <w:rsid w:val="004346BB"/>
    <w:rsid w:val="004709D6"/>
    <w:rsid w:val="004C5640"/>
    <w:rsid w:val="00502731"/>
    <w:rsid w:val="00553C27"/>
    <w:rsid w:val="005855C4"/>
    <w:rsid w:val="006269A1"/>
    <w:rsid w:val="006411C2"/>
    <w:rsid w:val="00656078"/>
    <w:rsid w:val="006777F1"/>
    <w:rsid w:val="00686623"/>
    <w:rsid w:val="006E5D38"/>
    <w:rsid w:val="00751F58"/>
    <w:rsid w:val="007B6E5D"/>
    <w:rsid w:val="008A31CA"/>
    <w:rsid w:val="008B3845"/>
    <w:rsid w:val="008E430D"/>
    <w:rsid w:val="00911FE2"/>
    <w:rsid w:val="00946A91"/>
    <w:rsid w:val="0097454B"/>
    <w:rsid w:val="009B73D5"/>
    <w:rsid w:val="009F5DC2"/>
    <w:rsid w:val="00A83160"/>
    <w:rsid w:val="00AA1D8D"/>
    <w:rsid w:val="00AB3DB4"/>
    <w:rsid w:val="00AD66A9"/>
    <w:rsid w:val="00B47730"/>
    <w:rsid w:val="00B56136"/>
    <w:rsid w:val="00B579D6"/>
    <w:rsid w:val="00B671AC"/>
    <w:rsid w:val="00C3083B"/>
    <w:rsid w:val="00C53346"/>
    <w:rsid w:val="00C74AE0"/>
    <w:rsid w:val="00C74E9D"/>
    <w:rsid w:val="00CB0664"/>
    <w:rsid w:val="00CD68D6"/>
    <w:rsid w:val="00CE58AD"/>
    <w:rsid w:val="00CE6785"/>
    <w:rsid w:val="00D32455"/>
    <w:rsid w:val="00D34B38"/>
    <w:rsid w:val="00D71D87"/>
    <w:rsid w:val="00D72FF3"/>
    <w:rsid w:val="00DF577F"/>
    <w:rsid w:val="00EB61DD"/>
    <w:rsid w:val="00F362D4"/>
    <w:rsid w:val="00F554DC"/>
    <w:rsid w:val="00FC693F"/>
    <w:rsid w:val="00FE1845"/>
    <w:rsid w:val="00FE48A8"/>
    <w:rsid w:val="00FF1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159EA2"/>
  <w14:defaultImageDpi w14:val="330"/>
  <w15:docId w15:val="{61A5828B-9FFB-4800-8F8A-E7739EB07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2" w:lineRule="auto"/>
    </w:pPr>
    <w:rPr>
      <w:rFonts w:ascii="Arial" w:hAnsi="Arial"/>
      <w:sz w:val="19"/>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1F4E79"/>
      <w:sz w:val="26"/>
      <w:szCs w:val="28"/>
    </w:rPr>
  </w:style>
  <w:style w:type="paragraph" w:styleId="Nagwek2">
    <w:name w:val="heading 2"/>
    <w:basedOn w:val="Normalny"/>
    <w:next w:val="Normalny"/>
    <w:link w:val="Nagwek2Znak"/>
    <w:uiPriority w:val="9"/>
    <w:unhideWhenUsed/>
    <w:qFormat/>
    <w:rsid w:val="00FC693F"/>
    <w:pPr>
      <w:keepNext/>
      <w:keepLines/>
      <w:spacing w:before="140"/>
      <w:outlineLvl w:val="1"/>
    </w:pPr>
    <w:rPr>
      <w:rFonts w:asciiTheme="majorHAnsi" w:eastAsiaTheme="majorEastAsia" w:hAnsiTheme="majorHAnsi" w:cstheme="majorBidi"/>
      <w:b/>
      <w:bCs/>
      <w:color w:val="1F4E79"/>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4524</Characters>
  <Application>Microsoft Office Word</Application>
  <DocSecurity>0</DocSecurity>
  <Lines>141</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 Formularz ofertowy</dc:title>
  <dc:subject/>
  <dc:creator>Zespół Opieki Zdrowotnej w Nidzicy</dc:creator>
  <cp:keywords/>
  <dc:description>generated by python-docx</dc:description>
  <cp:lastModifiedBy>Lucyna Brejnak</cp:lastModifiedBy>
  <cp:revision>2</cp:revision>
  <dcterms:created xsi:type="dcterms:W3CDTF">2026-09-23T08:18:00Z</dcterms:created>
  <dcterms:modified xsi:type="dcterms:W3CDTF">2026-09-23T08:18:00Z</dcterms:modified>
  <cp:category/>
</cp:coreProperties>
</file>