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89A9" w14:textId="77777777" w:rsidR="00CE58AD" w:rsidRPr="00CE6785" w:rsidRDefault="00305A28">
      <w:pPr>
        <w:jc w:val="center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b/>
          <w:color w:val="1F4E79"/>
          <w:sz w:val="22"/>
          <w:lang w:val="pl-PL"/>
        </w:rPr>
        <w:t>FORMULARZ OFERTOWY</w:t>
      </w:r>
    </w:p>
    <w:p w14:paraId="3B1417FF" w14:textId="77777777" w:rsidR="00CE58AD" w:rsidRPr="00CE6785" w:rsidRDefault="00305A28">
      <w:pPr>
        <w:jc w:val="center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b/>
          <w:sz w:val="22"/>
          <w:lang w:val="pl-PL"/>
        </w:rPr>
        <w:t>Konkurs na udzielanie świadczeń zdrowotnych przez ratowników medycznych w ZOZ w Nidzicy</w:t>
      </w:r>
    </w:p>
    <w:p w14:paraId="0CE9785E" w14:textId="77777777" w:rsidR="00CE58AD" w:rsidRPr="00CE6785" w:rsidRDefault="00305A28">
      <w:pPr>
        <w:shd w:val="clear" w:color="auto" w:fill="FFF2CC"/>
        <w:jc w:val="center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Znak sprawy: 3/DPD/ZRM/TS/2026</w:t>
      </w:r>
    </w:p>
    <w:p w14:paraId="73BB62BF" w14:textId="77777777" w:rsidR="0011430E" w:rsidRPr="00CE6785" w:rsidRDefault="00D72FF3">
      <w:pPr>
        <w:pStyle w:val="Nagwek1"/>
        <w:rPr>
          <w:rFonts w:ascii="Cambria" w:hAnsi="Cambria"/>
          <w:sz w:val="22"/>
          <w:szCs w:val="22"/>
          <w:lang w:val="pl-PL"/>
        </w:rPr>
      </w:pPr>
      <w:r w:rsidRPr="00CE6785">
        <w:rPr>
          <w:rFonts w:ascii="Cambria" w:hAnsi="Cambria"/>
          <w:sz w:val="22"/>
          <w:szCs w:val="22"/>
          <w:lang w:val="pl-PL"/>
        </w:rPr>
        <w:t>CZĘŚĆ, NA KTÓRĄ SKŁADANA JEST OFERTA</w:t>
      </w:r>
    </w:p>
    <w:p w14:paraId="76C826DB" w14:textId="77777777" w:rsidR="0011430E" w:rsidRPr="00CE6785" w:rsidRDefault="00D72FF3">
      <w:pPr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Część nr: ………… (należy wskazać wyłącznie jedną część spośród Części 1–12)</w:t>
      </w:r>
    </w:p>
    <w:p w14:paraId="778787EE" w14:textId="77777777" w:rsidR="0011430E" w:rsidRPr="00CE6785" w:rsidRDefault="00D72FF3">
      <w:pPr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Oferent składa ofertę na cały zakres świadczeń przewidziany w SWKO dla wyżej wskazanej części. Oferta obejmująca więcej niż jedną część albo niewskazująca numeru części nie pozwala na przypisanie jej do właściwej części postępowania.</w:t>
      </w:r>
    </w:p>
    <w:p w14:paraId="2576B6B7" w14:textId="77777777" w:rsidR="00CE58AD" w:rsidRPr="00CE6785" w:rsidRDefault="00305A28">
      <w:pPr>
        <w:pStyle w:val="Nagwek1"/>
        <w:rPr>
          <w:rFonts w:ascii="Cambria" w:hAnsi="Cambria"/>
          <w:sz w:val="22"/>
          <w:szCs w:val="22"/>
          <w:lang w:val="pl-PL"/>
        </w:rPr>
      </w:pPr>
      <w:r w:rsidRPr="00CE6785">
        <w:rPr>
          <w:rFonts w:ascii="Cambria" w:hAnsi="Cambria"/>
          <w:sz w:val="22"/>
          <w:szCs w:val="22"/>
          <w:lang w:val="pl-PL"/>
        </w:rPr>
        <w:t>1. Dane Oferenta</w:t>
      </w:r>
    </w:p>
    <w:tbl>
      <w:tblPr>
        <w:tblStyle w:val="Tabela-Siatka"/>
        <w:tblW w:w="9637" w:type="dxa"/>
        <w:jc w:val="center"/>
        <w:tblLayout w:type="fixed"/>
        <w:tblLook w:val="04A0" w:firstRow="1" w:lastRow="0" w:firstColumn="1" w:lastColumn="0" w:noHBand="0" w:noVBand="1"/>
      </w:tblPr>
      <w:tblGrid>
        <w:gridCol w:w="3629"/>
        <w:gridCol w:w="6008"/>
      </w:tblGrid>
      <w:tr w:rsidR="00B579D6" w:rsidRPr="00CE6785" w14:paraId="47DA5BB1" w14:textId="77777777" w:rsidTr="00877378">
        <w:trPr>
          <w:tblHeader/>
          <w:jc w:val="center"/>
        </w:trPr>
        <w:tc>
          <w:tcPr>
            <w:tcW w:w="9637" w:type="dxa"/>
            <w:gridSpan w:val="2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4C4AB1" w14:textId="77777777" w:rsidR="00B579D6" w:rsidRPr="00CE6785" w:rsidRDefault="00B579D6" w:rsidP="00B579D6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b/>
                <w:sz w:val="22"/>
                <w:lang w:val="pl-PL"/>
              </w:rPr>
              <w:t>Dane oferenta</w:t>
            </w:r>
          </w:p>
        </w:tc>
      </w:tr>
      <w:tr w:rsidR="00CE58AD" w:rsidRPr="00CE6785" w14:paraId="596F7B72" w14:textId="77777777" w:rsidTr="008E430D">
        <w:trPr>
          <w:jc w:val="center"/>
        </w:trPr>
        <w:tc>
          <w:tcPr>
            <w:tcW w:w="36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FC64A7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Imię i nazwisko</w:t>
            </w:r>
          </w:p>
        </w:tc>
        <w:tc>
          <w:tcPr>
            <w:tcW w:w="6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AE1BDB" w14:textId="77777777" w:rsidR="00CE58AD" w:rsidRPr="00CE6785" w:rsidRDefault="00CE58AD">
            <w:pPr>
              <w:jc w:val="center"/>
              <w:rPr>
                <w:rFonts w:ascii="Cambria" w:hAnsi="Cambria"/>
                <w:sz w:val="22"/>
                <w:lang w:val="pl-PL"/>
              </w:rPr>
            </w:pPr>
          </w:p>
        </w:tc>
      </w:tr>
      <w:tr w:rsidR="00CE58AD" w:rsidRPr="00CE6785" w14:paraId="0538B26F" w14:textId="77777777" w:rsidTr="008E430D">
        <w:trPr>
          <w:jc w:val="center"/>
        </w:trPr>
        <w:tc>
          <w:tcPr>
            <w:tcW w:w="36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DFAAEB" w14:textId="77777777" w:rsidR="00CE58AD" w:rsidRPr="00CE6785" w:rsidRDefault="00B579D6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 xml:space="preserve">Nazwa </w:t>
            </w:r>
            <w:r w:rsidR="00305A28" w:rsidRPr="00CE6785">
              <w:rPr>
                <w:rFonts w:ascii="Cambria" w:hAnsi="Cambria"/>
                <w:sz w:val="22"/>
                <w:lang w:val="pl-PL"/>
              </w:rPr>
              <w:t>Firm</w:t>
            </w:r>
            <w:r w:rsidRPr="00CE6785">
              <w:rPr>
                <w:rFonts w:ascii="Cambria" w:hAnsi="Cambria"/>
                <w:sz w:val="22"/>
                <w:lang w:val="pl-PL"/>
              </w:rPr>
              <w:t>y</w:t>
            </w:r>
          </w:p>
        </w:tc>
        <w:tc>
          <w:tcPr>
            <w:tcW w:w="6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ACBF6E" w14:textId="77777777" w:rsidR="00CE58AD" w:rsidRPr="00CE6785" w:rsidRDefault="00CE58AD">
            <w:pPr>
              <w:jc w:val="center"/>
              <w:rPr>
                <w:rFonts w:ascii="Cambria" w:hAnsi="Cambria"/>
                <w:sz w:val="22"/>
                <w:lang w:val="pl-PL"/>
              </w:rPr>
            </w:pPr>
          </w:p>
        </w:tc>
      </w:tr>
      <w:tr w:rsidR="00CE58AD" w:rsidRPr="00CE6785" w14:paraId="15495E5F" w14:textId="77777777" w:rsidTr="008E430D">
        <w:trPr>
          <w:jc w:val="center"/>
        </w:trPr>
        <w:tc>
          <w:tcPr>
            <w:tcW w:w="36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20D23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Adres</w:t>
            </w:r>
          </w:p>
        </w:tc>
        <w:tc>
          <w:tcPr>
            <w:tcW w:w="6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5ED621" w14:textId="77777777" w:rsidR="00CE58AD" w:rsidRPr="00CE6785" w:rsidRDefault="00CE58AD">
            <w:pPr>
              <w:jc w:val="center"/>
              <w:rPr>
                <w:rFonts w:ascii="Cambria" w:hAnsi="Cambria"/>
                <w:sz w:val="22"/>
                <w:lang w:val="pl-PL"/>
              </w:rPr>
            </w:pPr>
          </w:p>
        </w:tc>
      </w:tr>
      <w:tr w:rsidR="00CE58AD" w:rsidRPr="00CE6785" w14:paraId="4520D723" w14:textId="77777777" w:rsidTr="008E430D">
        <w:trPr>
          <w:jc w:val="center"/>
        </w:trPr>
        <w:tc>
          <w:tcPr>
            <w:tcW w:w="36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B626B2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NIP / REGON</w:t>
            </w:r>
          </w:p>
        </w:tc>
        <w:tc>
          <w:tcPr>
            <w:tcW w:w="6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F75FBD" w14:textId="77777777" w:rsidR="00CE58AD" w:rsidRPr="00CE6785" w:rsidRDefault="00CE58AD">
            <w:pPr>
              <w:jc w:val="center"/>
              <w:rPr>
                <w:rFonts w:ascii="Cambria" w:hAnsi="Cambria"/>
                <w:sz w:val="22"/>
                <w:lang w:val="pl-PL"/>
              </w:rPr>
            </w:pPr>
          </w:p>
        </w:tc>
      </w:tr>
      <w:tr w:rsidR="00CE58AD" w:rsidRPr="00CE6785" w14:paraId="301E645D" w14:textId="77777777" w:rsidTr="008E430D">
        <w:trPr>
          <w:jc w:val="center"/>
        </w:trPr>
        <w:tc>
          <w:tcPr>
            <w:tcW w:w="36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EA2EC3" w14:textId="77777777" w:rsidR="00CE58AD" w:rsidRPr="00CE6785" w:rsidRDefault="00B579D6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Numer t</w:t>
            </w:r>
            <w:r w:rsidR="00305A28" w:rsidRPr="00CE6785">
              <w:rPr>
                <w:rFonts w:ascii="Cambria" w:hAnsi="Cambria"/>
                <w:sz w:val="22"/>
                <w:lang w:val="pl-PL"/>
              </w:rPr>
              <w:t>elefon</w:t>
            </w:r>
            <w:r w:rsidRPr="00CE6785">
              <w:rPr>
                <w:rFonts w:ascii="Cambria" w:hAnsi="Cambria"/>
                <w:sz w:val="22"/>
                <w:lang w:val="pl-PL"/>
              </w:rPr>
              <w:t>u</w:t>
            </w:r>
          </w:p>
        </w:tc>
        <w:tc>
          <w:tcPr>
            <w:tcW w:w="6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0A88A" w14:textId="77777777" w:rsidR="00CE58AD" w:rsidRPr="00CE6785" w:rsidRDefault="00CE58AD">
            <w:pPr>
              <w:jc w:val="center"/>
              <w:rPr>
                <w:rFonts w:ascii="Cambria" w:hAnsi="Cambria"/>
                <w:sz w:val="22"/>
                <w:lang w:val="pl-PL"/>
              </w:rPr>
            </w:pPr>
          </w:p>
        </w:tc>
      </w:tr>
      <w:tr w:rsidR="00B579D6" w:rsidRPr="00CE6785" w14:paraId="7DFD3D73" w14:textId="77777777" w:rsidTr="008E430D">
        <w:trPr>
          <w:trHeight w:val="360"/>
          <w:jc w:val="center"/>
        </w:trPr>
        <w:tc>
          <w:tcPr>
            <w:tcW w:w="36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FD2066" w14:textId="77777777" w:rsidR="00B579D6" w:rsidRPr="00CE6785" w:rsidRDefault="00B579D6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e-mail</w:t>
            </w:r>
          </w:p>
        </w:tc>
        <w:tc>
          <w:tcPr>
            <w:tcW w:w="6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D0B003" w14:textId="77777777" w:rsidR="00B579D6" w:rsidRPr="00CE6785" w:rsidRDefault="00B579D6">
            <w:pPr>
              <w:jc w:val="center"/>
              <w:rPr>
                <w:rFonts w:ascii="Cambria" w:hAnsi="Cambria"/>
                <w:sz w:val="22"/>
                <w:lang w:val="pl-PL"/>
              </w:rPr>
            </w:pPr>
          </w:p>
        </w:tc>
      </w:tr>
      <w:tr w:rsidR="00CE58AD" w:rsidRPr="00CE6785" w14:paraId="1AFC6D9E" w14:textId="77777777" w:rsidTr="008E430D">
        <w:trPr>
          <w:jc w:val="center"/>
        </w:trPr>
        <w:tc>
          <w:tcPr>
            <w:tcW w:w="36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2B6739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N</w:t>
            </w:r>
            <w:r w:rsidR="00B579D6" w:rsidRPr="00CE6785">
              <w:rPr>
                <w:rFonts w:ascii="Cambria" w:hAnsi="Cambria"/>
                <w:sz w:val="22"/>
                <w:lang w:val="pl-PL"/>
              </w:rPr>
              <w:t>umer</w:t>
            </w:r>
            <w:r w:rsidRPr="00CE6785">
              <w:rPr>
                <w:rFonts w:ascii="Cambria" w:hAnsi="Cambria"/>
                <w:sz w:val="22"/>
                <w:lang w:val="pl-PL"/>
              </w:rPr>
              <w:t xml:space="preserve"> prawa wykonywania zawodu ratownika medycznego</w:t>
            </w:r>
          </w:p>
        </w:tc>
        <w:tc>
          <w:tcPr>
            <w:tcW w:w="6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23FF0D" w14:textId="77777777" w:rsidR="00CE58AD" w:rsidRPr="00CE6785" w:rsidRDefault="00CE58AD">
            <w:pPr>
              <w:jc w:val="center"/>
              <w:rPr>
                <w:rFonts w:ascii="Cambria" w:hAnsi="Cambria"/>
                <w:sz w:val="22"/>
                <w:lang w:val="pl-PL"/>
              </w:rPr>
            </w:pPr>
          </w:p>
        </w:tc>
      </w:tr>
      <w:tr w:rsidR="00CE58AD" w:rsidRPr="00CE6785" w14:paraId="7233C423" w14:textId="77777777" w:rsidTr="008E430D">
        <w:trPr>
          <w:jc w:val="center"/>
        </w:trPr>
        <w:tc>
          <w:tcPr>
            <w:tcW w:w="36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05FC58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Numer księgi RPWDL</w:t>
            </w:r>
            <w:r w:rsidR="00B579D6" w:rsidRPr="00CE6785">
              <w:rPr>
                <w:rFonts w:ascii="Cambria" w:hAnsi="Cambria"/>
                <w:sz w:val="22"/>
                <w:lang w:val="pl-PL"/>
              </w:rPr>
              <w:t>*</w:t>
            </w:r>
            <w:r w:rsidRPr="00CE6785">
              <w:rPr>
                <w:rFonts w:ascii="Cambria" w:hAnsi="Cambria"/>
                <w:sz w:val="22"/>
                <w:lang w:val="pl-PL"/>
              </w:rPr>
              <w:t xml:space="preserve"> – jeżeli dotyczy</w:t>
            </w:r>
          </w:p>
        </w:tc>
        <w:tc>
          <w:tcPr>
            <w:tcW w:w="6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AEB3C8" w14:textId="77777777" w:rsidR="00CE58AD" w:rsidRPr="00CE6785" w:rsidRDefault="00CE58AD">
            <w:pPr>
              <w:jc w:val="center"/>
              <w:rPr>
                <w:rFonts w:ascii="Cambria" w:hAnsi="Cambria"/>
                <w:sz w:val="22"/>
                <w:lang w:val="pl-PL"/>
              </w:rPr>
            </w:pPr>
          </w:p>
        </w:tc>
      </w:tr>
    </w:tbl>
    <w:p w14:paraId="46F873AB" w14:textId="77777777" w:rsidR="00CE58AD" w:rsidRPr="00CE6785" w:rsidRDefault="00305A28">
      <w:pPr>
        <w:pStyle w:val="Nagwek1"/>
        <w:rPr>
          <w:rFonts w:ascii="Cambria" w:hAnsi="Cambria"/>
          <w:sz w:val="22"/>
          <w:szCs w:val="22"/>
          <w:lang w:val="pl-PL"/>
        </w:rPr>
      </w:pPr>
      <w:r w:rsidRPr="00CE6785">
        <w:rPr>
          <w:rFonts w:ascii="Cambria" w:hAnsi="Cambria"/>
          <w:sz w:val="22"/>
          <w:szCs w:val="22"/>
          <w:lang w:val="pl-PL"/>
        </w:rPr>
        <w:t>2. Oferta cenowa dla wybranej części</w:t>
      </w:r>
    </w:p>
    <w:p w14:paraId="447A31D3" w14:textId="77777777" w:rsidR="00CE58AD" w:rsidRPr="00CE6785" w:rsidRDefault="00305A28">
      <w:p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Oferuję osobiste udzielanie świadczeń objętych SWKO w zakresie wybranej powyżej części za stawkę wskazaną poniżej i w Formularzu cenowym (Załącznik nr 1a) właściwym dla tej części:</w:t>
      </w:r>
    </w:p>
    <w:tbl>
      <w:tblPr>
        <w:tblStyle w:val="Tabela-Siatka"/>
        <w:tblW w:w="9637" w:type="dxa"/>
        <w:jc w:val="center"/>
        <w:tblLayout w:type="fixed"/>
        <w:tblLook w:val="04A0" w:firstRow="1" w:lastRow="0" w:firstColumn="1" w:lastColumn="0" w:noHBand="0" w:noVBand="1"/>
      </w:tblPr>
      <w:tblGrid>
        <w:gridCol w:w="3629"/>
        <w:gridCol w:w="6008"/>
      </w:tblGrid>
      <w:tr w:rsidR="00CE58AD" w:rsidRPr="00CE6785" w14:paraId="27DB6773" w14:textId="77777777" w:rsidTr="008E430D">
        <w:trPr>
          <w:tblHeader/>
          <w:jc w:val="center"/>
        </w:trPr>
        <w:tc>
          <w:tcPr>
            <w:tcW w:w="3629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D6492A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b/>
                <w:sz w:val="22"/>
                <w:lang w:val="pl-PL"/>
              </w:rPr>
              <w:t>Pozycja podlegająca ocenie</w:t>
            </w:r>
          </w:p>
        </w:tc>
        <w:tc>
          <w:tcPr>
            <w:tcW w:w="6008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C19E1C" w14:textId="77777777" w:rsidR="0011430E" w:rsidRPr="00CE6785" w:rsidRDefault="00D72FF3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Oferowana stawka brutto – zgodna z Formularzem cenowym (Załącznik nr 1a) dla wskazanej części</w:t>
            </w:r>
          </w:p>
        </w:tc>
      </w:tr>
      <w:tr w:rsidR="00CE58AD" w:rsidRPr="00CE6785" w14:paraId="3204C4C3" w14:textId="77777777" w:rsidTr="008E430D">
        <w:trPr>
          <w:jc w:val="center"/>
        </w:trPr>
        <w:tc>
          <w:tcPr>
            <w:tcW w:w="36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1C6100" w14:textId="77777777" w:rsidR="0011430E" w:rsidRPr="00CE6785" w:rsidRDefault="00D72FF3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Stawka brutto za 1 godzinę podstawowego dyżuru medycznego – Część nr …………</w:t>
            </w:r>
          </w:p>
        </w:tc>
        <w:tc>
          <w:tcPr>
            <w:tcW w:w="60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C1F5A6" w14:textId="77777777" w:rsidR="00B579D6" w:rsidRPr="00CE6785" w:rsidRDefault="00B579D6" w:rsidP="00B579D6">
            <w:pPr>
              <w:rPr>
                <w:rFonts w:ascii="Cambria" w:hAnsi="Cambria"/>
                <w:sz w:val="22"/>
                <w:lang w:val="pl-PL"/>
              </w:rPr>
            </w:pPr>
          </w:p>
          <w:p w14:paraId="59F9A111" w14:textId="77777777" w:rsidR="00B579D6" w:rsidRPr="00CE6785" w:rsidRDefault="00305A28" w:rsidP="00B579D6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…………</w:t>
            </w:r>
            <w:r w:rsidR="00B579D6" w:rsidRPr="00CE6785">
              <w:rPr>
                <w:rFonts w:ascii="Cambria" w:hAnsi="Cambria"/>
                <w:sz w:val="22"/>
                <w:lang w:val="pl-PL"/>
              </w:rPr>
              <w:t>…………………………..</w:t>
            </w:r>
            <w:r w:rsidRPr="00CE6785">
              <w:rPr>
                <w:rFonts w:ascii="Cambria" w:hAnsi="Cambria"/>
                <w:sz w:val="22"/>
                <w:lang w:val="pl-PL"/>
              </w:rPr>
              <w:t xml:space="preserve">……… zł/h; </w:t>
            </w:r>
          </w:p>
          <w:p w14:paraId="58A4F91E" w14:textId="77777777" w:rsidR="00B579D6" w:rsidRPr="00CE6785" w:rsidRDefault="00B579D6">
            <w:pPr>
              <w:jc w:val="center"/>
              <w:rPr>
                <w:rFonts w:ascii="Cambria" w:hAnsi="Cambria"/>
                <w:sz w:val="22"/>
                <w:lang w:val="pl-PL"/>
              </w:rPr>
            </w:pPr>
          </w:p>
          <w:p w14:paraId="4BF5DBF9" w14:textId="77777777" w:rsidR="00CE58AD" w:rsidRPr="00CE6785" w:rsidRDefault="00305A28" w:rsidP="00B579D6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słownie: ………………………………………………………</w:t>
            </w:r>
          </w:p>
        </w:tc>
      </w:tr>
    </w:tbl>
    <w:p w14:paraId="7BFD367E" w14:textId="77777777" w:rsidR="00CE58AD" w:rsidRPr="00CE6785" w:rsidRDefault="00305A28" w:rsidP="008E430D">
      <w:pPr>
        <w:spacing w:before="120" w:after="0" w:line="360" w:lineRule="auto"/>
        <w:ind w:left="142"/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Zaoferowana stawka brutto za godzinę podstawowego dyżuru medycznego jest stawką wyjściową do ewentualnych negocjacji prowadzonych odrębnie dla wybranej części. Obejmuje wszystkie koszty realizacji świadczeń, w tym wykonywanie funkcji kierowcy ZRM, jeżeli Oferent zostanie do niej wyznaczony; z tego tytułu nie przysługuje odrębny dodatek.</w:t>
      </w:r>
    </w:p>
    <w:p w14:paraId="3C206ED1" w14:textId="77777777" w:rsidR="00CE58AD" w:rsidRPr="00CE6785" w:rsidRDefault="00305A28">
      <w:pPr>
        <w:pStyle w:val="Nagwek1"/>
        <w:rPr>
          <w:rFonts w:ascii="Cambria" w:hAnsi="Cambria"/>
          <w:sz w:val="22"/>
          <w:szCs w:val="22"/>
          <w:lang w:val="pl-PL"/>
        </w:rPr>
      </w:pPr>
      <w:r w:rsidRPr="00CE6785">
        <w:rPr>
          <w:rFonts w:ascii="Cambria" w:hAnsi="Cambria"/>
          <w:sz w:val="22"/>
          <w:szCs w:val="22"/>
          <w:lang w:val="pl-PL"/>
        </w:rPr>
        <w:lastRenderedPageBreak/>
        <w:t>3. Kryteria pozacenowe</w:t>
      </w:r>
    </w:p>
    <w:tbl>
      <w:tblPr>
        <w:tblStyle w:val="Tabela-Siatka"/>
        <w:tblW w:w="9637" w:type="dxa"/>
        <w:jc w:val="center"/>
        <w:tblLayout w:type="fixed"/>
        <w:tblLook w:val="04A0" w:firstRow="1" w:lastRow="0" w:firstColumn="1" w:lastColumn="0" w:noHBand="0" w:noVBand="1"/>
      </w:tblPr>
      <w:tblGrid>
        <w:gridCol w:w="3629"/>
        <w:gridCol w:w="2720"/>
        <w:gridCol w:w="3288"/>
      </w:tblGrid>
      <w:tr w:rsidR="00CE58AD" w:rsidRPr="00CE6785" w14:paraId="4F5258B4" w14:textId="77777777" w:rsidTr="008E430D">
        <w:trPr>
          <w:trHeight w:val="771"/>
          <w:tblHeader/>
          <w:jc w:val="center"/>
        </w:trPr>
        <w:tc>
          <w:tcPr>
            <w:tcW w:w="3629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482942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b/>
                <w:sz w:val="22"/>
                <w:lang w:val="pl-PL"/>
              </w:rPr>
              <w:t>Kryterium</w:t>
            </w:r>
          </w:p>
        </w:tc>
        <w:tc>
          <w:tcPr>
            <w:tcW w:w="2720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3A0F1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b/>
                <w:sz w:val="22"/>
                <w:lang w:val="pl-PL"/>
              </w:rPr>
              <w:t>Deklaracja Oferenta</w:t>
            </w:r>
          </w:p>
        </w:tc>
        <w:tc>
          <w:tcPr>
            <w:tcW w:w="3288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2220D6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b/>
                <w:sz w:val="22"/>
                <w:lang w:val="pl-PL"/>
              </w:rPr>
              <w:t>Dokument</w:t>
            </w:r>
          </w:p>
        </w:tc>
      </w:tr>
      <w:tr w:rsidR="00CE58AD" w:rsidRPr="00CE6785" w14:paraId="77D6F73A" w14:textId="77777777" w:rsidTr="008E430D">
        <w:trPr>
          <w:trHeight w:val="333"/>
          <w:jc w:val="center"/>
        </w:trPr>
        <w:tc>
          <w:tcPr>
            <w:tcW w:w="36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21DC9E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Doświadczenie w ZRM/SOR/</w:t>
            </w:r>
            <w:r w:rsidR="008E430D" w:rsidRPr="00CE6785">
              <w:rPr>
                <w:rFonts w:ascii="Cambria" w:hAnsi="Cambria"/>
                <w:sz w:val="22"/>
                <w:lang w:val="pl-PL"/>
              </w:rPr>
              <w:t>TS</w:t>
            </w:r>
          </w:p>
        </w:tc>
        <w:tc>
          <w:tcPr>
            <w:tcW w:w="27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19611B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…… pełnych lat</w:t>
            </w:r>
          </w:p>
        </w:tc>
        <w:tc>
          <w:tcPr>
            <w:tcW w:w="32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AF1C21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Wykaz doświadczenia – zał. nr 3</w:t>
            </w:r>
          </w:p>
        </w:tc>
      </w:tr>
      <w:tr w:rsidR="00CE58AD" w:rsidRPr="00CE6785" w14:paraId="6091079B" w14:textId="77777777" w:rsidTr="008E430D">
        <w:trPr>
          <w:jc w:val="center"/>
        </w:trPr>
        <w:tc>
          <w:tcPr>
            <w:tcW w:w="362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D752BA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Uprawnienie do kierowania pojazdem uprzywilejowanym</w:t>
            </w:r>
          </w:p>
        </w:tc>
        <w:tc>
          <w:tcPr>
            <w:tcW w:w="27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8D575A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</w:t>
            </w:r>
          </w:p>
        </w:tc>
        <w:tc>
          <w:tcPr>
            <w:tcW w:w="32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5CF0DC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Kopia dokumentu</w:t>
            </w:r>
            <w:r w:rsidR="008E430D" w:rsidRPr="00CE6785">
              <w:rPr>
                <w:rFonts w:ascii="Cambria" w:hAnsi="Cambria"/>
                <w:sz w:val="22"/>
                <w:lang w:val="pl-PL"/>
              </w:rPr>
              <w:t>*</w:t>
            </w:r>
            <w:r w:rsidRPr="00CE6785">
              <w:rPr>
                <w:rFonts w:ascii="Cambria" w:hAnsi="Cambria"/>
                <w:sz w:val="22"/>
                <w:lang w:val="pl-PL"/>
              </w:rPr>
              <w:t xml:space="preserve"> – jeżeli TAK</w:t>
            </w:r>
          </w:p>
        </w:tc>
      </w:tr>
    </w:tbl>
    <w:p w14:paraId="36DD9D6D" w14:textId="77777777" w:rsidR="00CE58AD" w:rsidRPr="00CE6785" w:rsidRDefault="00305A28">
      <w:pPr>
        <w:pStyle w:val="Nagwek1"/>
        <w:rPr>
          <w:rFonts w:ascii="Cambria" w:hAnsi="Cambria"/>
          <w:sz w:val="22"/>
          <w:szCs w:val="22"/>
          <w:lang w:val="pl-PL"/>
        </w:rPr>
      </w:pPr>
      <w:r w:rsidRPr="00CE6785">
        <w:rPr>
          <w:rFonts w:ascii="Cambria" w:hAnsi="Cambria"/>
          <w:sz w:val="22"/>
          <w:szCs w:val="22"/>
          <w:lang w:val="pl-PL"/>
        </w:rPr>
        <w:t>4. Dyspozycyjność i funkcje</w:t>
      </w:r>
    </w:p>
    <w:p w14:paraId="6EED2973" w14:textId="77777777" w:rsidR="00CE58AD" w:rsidRPr="00CE6785" w:rsidRDefault="00305A28" w:rsidP="008E430D">
      <w:pPr>
        <w:spacing w:line="360" w:lineRule="auto"/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Informacje w tej części służą organizacji harmonogramów i ocenie zgodnie z SWKO.</w:t>
      </w:r>
    </w:p>
    <w:tbl>
      <w:tblPr>
        <w:tblStyle w:val="Tabela-Siatka"/>
        <w:tblW w:w="9637" w:type="dxa"/>
        <w:jc w:val="center"/>
        <w:tblLayout w:type="fixed"/>
        <w:tblLook w:val="04A0" w:firstRow="1" w:lastRow="0" w:firstColumn="1" w:lastColumn="0" w:noHBand="0" w:noVBand="1"/>
      </w:tblPr>
      <w:tblGrid>
        <w:gridCol w:w="5782"/>
        <w:gridCol w:w="3855"/>
      </w:tblGrid>
      <w:tr w:rsidR="00CE58AD" w:rsidRPr="00CE6785" w14:paraId="059DECFB" w14:textId="77777777">
        <w:trPr>
          <w:tblHeader/>
          <w:jc w:val="center"/>
        </w:trPr>
        <w:tc>
          <w:tcPr>
            <w:tcW w:w="5782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5C0C3A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b/>
                <w:sz w:val="22"/>
                <w:lang w:val="pl-PL"/>
              </w:rPr>
              <w:t>Zakres</w:t>
            </w:r>
          </w:p>
        </w:tc>
        <w:tc>
          <w:tcPr>
            <w:tcW w:w="3855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4DD2D4" w14:textId="77777777" w:rsidR="00CE58AD" w:rsidRPr="00CE6785" w:rsidRDefault="00305A28" w:rsidP="008E430D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b/>
                <w:sz w:val="22"/>
                <w:lang w:val="pl-PL"/>
              </w:rPr>
              <w:t>Deklaracja</w:t>
            </w:r>
          </w:p>
        </w:tc>
      </w:tr>
      <w:tr w:rsidR="00CE58AD" w:rsidRPr="00CE6785" w14:paraId="36141B08" w14:textId="77777777">
        <w:trPr>
          <w:jc w:val="center"/>
        </w:trPr>
        <w:tc>
          <w:tcPr>
            <w:tcW w:w="57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99041F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Gotowość do realizacji średnio około 168 godzin miesięcznie</w:t>
            </w:r>
          </w:p>
        </w:tc>
        <w:tc>
          <w:tcPr>
            <w:tcW w:w="3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3FCFD0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 / inna liczba: …… h</w:t>
            </w:r>
          </w:p>
        </w:tc>
      </w:tr>
      <w:tr w:rsidR="00CE58AD" w:rsidRPr="00CE6785" w14:paraId="74ACFE20" w14:textId="77777777">
        <w:trPr>
          <w:jc w:val="center"/>
        </w:trPr>
        <w:tc>
          <w:tcPr>
            <w:tcW w:w="57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DCBC9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Możliwość pełnienia funkcji kierownika ZRM</w:t>
            </w:r>
          </w:p>
        </w:tc>
        <w:tc>
          <w:tcPr>
            <w:tcW w:w="3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FBB9A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</w:t>
            </w:r>
          </w:p>
        </w:tc>
      </w:tr>
      <w:tr w:rsidR="00CE58AD" w:rsidRPr="00CE6785" w14:paraId="4B5FDDA1" w14:textId="77777777">
        <w:trPr>
          <w:jc w:val="center"/>
        </w:trPr>
        <w:tc>
          <w:tcPr>
            <w:tcW w:w="57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9E0325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Możliwość pełnienia funkcji kierowcy ZRM</w:t>
            </w:r>
          </w:p>
        </w:tc>
        <w:tc>
          <w:tcPr>
            <w:tcW w:w="3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B5D1C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</w:t>
            </w:r>
          </w:p>
        </w:tc>
      </w:tr>
      <w:tr w:rsidR="00CE58AD" w:rsidRPr="00CE6785" w14:paraId="5E37C3FA" w14:textId="77777777">
        <w:trPr>
          <w:jc w:val="center"/>
        </w:trPr>
        <w:tc>
          <w:tcPr>
            <w:tcW w:w="57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C636E4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Gotowość w transporcie sanitarnym</w:t>
            </w:r>
          </w:p>
        </w:tc>
        <w:tc>
          <w:tcPr>
            <w:tcW w:w="3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3494A8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</w:t>
            </w:r>
          </w:p>
        </w:tc>
      </w:tr>
      <w:tr w:rsidR="00CE58AD" w:rsidRPr="00CE6785" w14:paraId="3E22974D" w14:textId="77777777">
        <w:trPr>
          <w:jc w:val="center"/>
        </w:trPr>
        <w:tc>
          <w:tcPr>
            <w:tcW w:w="57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662A96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Funkcja kierowcy/sanitariusza w transporcie sanitarnym</w:t>
            </w:r>
          </w:p>
        </w:tc>
        <w:tc>
          <w:tcPr>
            <w:tcW w:w="3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7C6B07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</w:t>
            </w:r>
          </w:p>
        </w:tc>
      </w:tr>
      <w:tr w:rsidR="00CE58AD" w:rsidRPr="00CE6785" w14:paraId="1280F9D1" w14:textId="77777777" w:rsidTr="008E430D">
        <w:trPr>
          <w:trHeight w:val="456"/>
          <w:jc w:val="center"/>
        </w:trPr>
        <w:tc>
          <w:tcPr>
            <w:tcW w:w="57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1341CF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Preferowana dostępność / ograniczenia</w:t>
            </w:r>
          </w:p>
        </w:tc>
        <w:tc>
          <w:tcPr>
            <w:tcW w:w="3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D07E11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…………………………………………………………</w:t>
            </w:r>
          </w:p>
        </w:tc>
      </w:tr>
    </w:tbl>
    <w:p w14:paraId="78FC7DC5" w14:textId="77777777" w:rsidR="00CE58AD" w:rsidRPr="00CE6785" w:rsidRDefault="00305A28">
      <w:pPr>
        <w:pStyle w:val="Nagwek1"/>
        <w:rPr>
          <w:rFonts w:ascii="Cambria" w:hAnsi="Cambria"/>
          <w:sz w:val="22"/>
          <w:szCs w:val="22"/>
          <w:lang w:val="pl-PL"/>
        </w:rPr>
      </w:pPr>
      <w:r w:rsidRPr="00CE6785">
        <w:rPr>
          <w:rFonts w:ascii="Cambria" w:hAnsi="Cambria"/>
          <w:sz w:val="22"/>
          <w:szCs w:val="22"/>
          <w:lang w:val="pl-PL"/>
        </w:rPr>
        <w:t>5. Oświadczenia Oferenta</w:t>
      </w:r>
    </w:p>
    <w:p w14:paraId="0971ED46" w14:textId="77777777" w:rsidR="00CE58AD" w:rsidRPr="00CE6785" w:rsidRDefault="00305A28" w:rsidP="008E430D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zapoznałem/</w:t>
      </w:r>
      <w:proofErr w:type="spellStart"/>
      <w:r w:rsidRPr="00CE6785">
        <w:rPr>
          <w:rFonts w:ascii="Cambria" w:hAnsi="Cambria"/>
          <w:sz w:val="22"/>
          <w:lang w:val="pl-PL"/>
        </w:rPr>
        <w:t>am</w:t>
      </w:r>
      <w:proofErr w:type="spellEnd"/>
      <w:r w:rsidRPr="00CE6785">
        <w:rPr>
          <w:rFonts w:ascii="Cambria" w:hAnsi="Cambria"/>
          <w:sz w:val="22"/>
          <w:lang w:val="pl-PL"/>
        </w:rPr>
        <w:t xml:space="preserve"> się z SWKO, projektem umowy i załącznikami, akceptuję je i nie wnoszę zastrzeżeń;</w:t>
      </w:r>
    </w:p>
    <w:p w14:paraId="72A84FE6" w14:textId="77777777" w:rsidR="00CE58AD" w:rsidRPr="00CE6785" w:rsidRDefault="00305A28" w:rsidP="008E430D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posiadam fachowe kwalifikacje i prawo wykonywania zawodu ratownika medycznego oraz będę je utrzymywać przez cały okres umowy;</w:t>
      </w:r>
    </w:p>
    <w:p w14:paraId="3E0E109C" w14:textId="77777777" w:rsidR="00CE58AD" w:rsidRPr="00CE6785" w:rsidRDefault="00305A28" w:rsidP="008E430D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prowadzę jednoosobową działalność gospodarczą i zobowiązuję się wykonywać świadczenia osobiście;</w:t>
      </w:r>
    </w:p>
    <w:p w14:paraId="3C9FF36F" w14:textId="77777777" w:rsidR="00CE58AD" w:rsidRPr="00CE6785" w:rsidRDefault="00305A28" w:rsidP="008E430D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zaoferowana cena obejmuje wszystkie koszty wykonania umowy w wybranej części, w tym koszty wykonywania funkcji kierowcy ZRM, jeżeli zostanę do niej wyznaczony/a, i pozostaję związany/a ofertą przez okres wskazany w SWKO;</w:t>
      </w:r>
    </w:p>
    <w:p w14:paraId="5F4ABD18" w14:textId="77777777" w:rsidR="00CE58AD" w:rsidRPr="00CE6785" w:rsidRDefault="00305A28" w:rsidP="008E430D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posiadam polisę OC wymaganą w SWKO albo przedłożę ją przed zawarciem umowy;</w:t>
      </w:r>
    </w:p>
    <w:p w14:paraId="51451E68" w14:textId="77777777" w:rsidR="00CE58AD" w:rsidRPr="00CE6785" w:rsidRDefault="00305A28" w:rsidP="008E430D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podane informacje są prawdziwe i wyrażam zgodę na ich weryfikację w rejestrach oraz na żądanie dokumentów źródłowych;</w:t>
      </w:r>
    </w:p>
    <w:p w14:paraId="63AC49B4" w14:textId="77777777" w:rsidR="00CE58AD" w:rsidRPr="00CE6785" w:rsidRDefault="00305A28" w:rsidP="008E430D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nie zachodzą wobec mnie przeszkody prawne ani zdrowotne uniemożliwiające wykonywanie</w:t>
      </w:r>
      <w:r w:rsidR="008E430D" w:rsidRPr="00CE6785">
        <w:rPr>
          <w:rFonts w:ascii="Cambria" w:hAnsi="Cambria"/>
          <w:sz w:val="22"/>
          <w:lang w:val="pl-PL"/>
        </w:rPr>
        <w:t xml:space="preserve"> </w:t>
      </w:r>
      <w:r w:rsidRPr="00CE6785">
        <w:rPr>
          <w:rFonts w:ascii="Cambria" w:hAnsi="Cambria"/>
          <w:sz w:val="22"/>
          <w:lang w:val="pl-PL"/>
        </w:rPr>
        <w:t>świadczeń;</w:t>
      </w:r>
    </w:p>
    <w:p w14:paraId="63947AFF" w14:textId="77777777" w:rsidR="00CE58AD" w:rsidRPr="00CE6785" w:rsidRDefault="00305A28" w:rsidP="008E430D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wypełniłem/</w:t>
      </w:r>
      <w:proofErr w:type="spellStart"/>
      <w:r w:rsidRPr="00CE6785">
        <w:rPr>
          <w:rFonts w:ascii="Cambria" w:hAnsi="Cambria"/>
          <w:sz w:val="22"/>
          <w:lang w:val="pl-PL"/>
        </w:rPr>
        <w:t>am</w:t>
      </w:r>
      <w:proofErr w:type="spellEnd"/>
      <w:r w:rsidRPr="00CE6785">
        <w:rPr>
          <w:rFonts w:ascii="Cambria" w:hAnsi="Cambria"/>
          <w:sz w:val="22"/>
          <w:lang w:val="pl-PL"/>
        </w:rPr>
        <w:t xml:space="preserve"> obowiązki informacyjne wynikające z art. 13 i 14 RODO wobec osób, których dane przekazuję w ofercie, albo obowiązek ten mnie nie dotyczy;</w:t>
      </w:r>
    </w:p>
    <w:p w14:paraId="523F6519" w14:textId="77777777" w:rsidR="00CE58AD" w:rsidRPr="00CE6785" w:rsidRDefault="00305A28" w:rsidP="008E430D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przyjmuję do wiadomości, że postępowanie zostało podzielone na 12 części, w każdej części zostanie wybrany jeden Oferent, a niniejsza oferta dotyczy wyłącznie części wskazanej powyżej;</w:t>
      </w:r>
    </w:p>
    <w:p w14:paraId="65164F77" w14:textId="77777777" w:rsidR="0011430E" w:rsidRPr="00CE6785" w:rsidRDefault="00D72FF3" w:rsidP="00A83160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przyjmuję do wiadomości, że umowa będzie wykonywana przez 15 miesięcy, od 1 października 2026 r. do 31 grudnia 2027 r.;</w:t>
      </w:r>
    </w:p>
    <w:p w14:paraId="23F36AD7" w14:textId="77777777" w:rsidR="0011430E" w:rsidRPr="00CE6785" w:rsidRDefault="00D72FF3" w:rsidP="00A83160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akceptuję możliwość skorzystania przez Udzielającego Zamówienia z prawa opcji do 50% wartości zamówienia podstawowego, przy zachowaniu cen jednostkowych; łączna wartość świadczeń nie może przekroczyć maksymalnej wartości umowy obejmującej zamówienie podstawowe i uruchomioną opcję;</w:t>
      </w:r>
    </w:p>
    <w:p w14:paraId="4C566F14" w14:textId="77777777" w:rsidR="0011430E" w:rsidRPr="00CE6785" w:rsidRDefault="00D72FF3" w:rsidP="00A83160">
      <w:pPr>
        <w:pStyle w:val="Listapunktowana"/>
        <w:numPr>
          <w:ilvl w:val="0"/>
          <w:numId w:val="1"/>
        </w:num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lastRenderedPageBreak/>
        <w:t>przyjmuję do wiadomości, że złożenie oferty nie gwarantuje zawarcia umowy ani zlecenia określonej liczby godzin.</w:t>
      </w:r>
    </w:p>
    <w:p w14:paraId="2AF03C37" w14:textId="77777777" w:rsidR="00CE58AD" w:rsidRPr="00CE6785" w:rsidRDefault="00305A28">
      <w:pPr>
        <w:pStyle w:val="Nagwek1"/>
        <w:rPr>
          <w:rFonts w:ascii="Cambria" w:hAnsi="Cambria"/>
          <w:sz w:val="22"/>
          <w:szCs w:val="22"/>
          <w:lang w:val="pl-PL"/>
        </w:rPr>
      </w:pPr>
      <w:r w:rsidRPr="00CE6785">
        <w:rPr>
          <w:rFonts w:ascii="Cambria" w:hAnsi="Cambria"/>
          <w:sz w:val="22"/>
          <w:szCs w:val="22"/>
          <w:lang w:val="pl-PL"/>
        </w:rPr>
        <w:t>6. Wykaz załączników</w:t>
      </w:r>
    </w:p>
    <w:tbl>
      <w:tblPr>
        <w:tblStyle w:val="Tabela-Siatka"/>
        <w:tblW w:w="9637" w:type="dxa"/>
        <w:jc w:val="center"/>
        <w:tblLayout w:type="fixed"/>
        <w:tblLook w:val="04A0" w:firstRow="1" w:lastRow="0" w:firstColumn="1" w:lastColumn="0" w:noHBand="0" w:noVBand="1"/>
      </w:tblPr>
      <w:tblGrid>
        <w:gridCol w:w="5755"/>
        <w:gridCol w:w="3882"/>
      </w:tblGrid>
      <w:tr w:rsidR="00CE58AD" w:rsidRPr="00CE6785" w14:paraId="32AB8BB9" w14:textId="77777777" w:rsidTr="008E430D">
        <w:trPr>
          <w:tblHeader/>
          <w:jc w:val="center"/>
        </w:trPr>
        <w:tc>
          <w:tcPr>
            <w:tcW w:w="5755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42DDAD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b/>
                <w:sz w:val="22"/>
                <w:lang w:val="pl-PL"/>
              </w:rPr>
              <w:t>Dokument</w:t>
            </w:r>
          </w:p>
        </w:tc>
        <w:tc>
          <w:tcPr>
            <w:tcW w:w="3882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3F0B90" w14:textId="77777777" w:rsidR="00CE58AD" w:rsidRPr="00CE6785" w:rsidRDefault="00305A28" w:rsidP="002C2756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b/>
                <w:sz w:val="22"/>
                <w:lang w:val="pl-PL"/>
              </w:rPr>
              <w:t>Załączono</w:t>
            </w:r>
          </w:p>
        </w:tc>
      </w:tr>
      <w:tr w:rsidR="00CE58AD" w:rsidRPr="00CE6785" w14:paraId="4D91A82A" w14:textId="77777777" w:rsidTr="008E430D">
        <w:trPr>
          <w:jc w:val="center"/>
        </w:trPr>
        <w:tc>
          <w:tcPr>
            <w:tcW w:w="57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1C0E12" w14:textId="77777777" w:rsidR="0011430E" w:rsidRPr="00CE6785" w:rsidRDefault="00D72FF3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Formularz cenowy (Załącznik nr 1a) właściwy dla wskazanej części</w:t>
            </w:r>
          </w:p>
        </w:tc>
        <w:tc>
          <w:tcPr>
            <w:tcW w:w="38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54CEE3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 / NIE DOTYCZY</w:t>
            </w:r>
          </w:p>
        </w:tc>
      </w:tr>
      <w:tr w:rsidR="00CE58AD" w:rsidRPr="00CE6785" w14:paraId="5CE1F046" w14:textId="77777777" w:rsidTr="008E430D">
        <w:trPr>
          <w:jc w:val="center"/>
        </w:trPr>
        <w:tc>
          <w:tcPr>
            <w:tcW w:w="57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ED3AF5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Dokument PWZ / dane do weryfikacji</w:t>
            </w:r>
          </w:p>
        </w:tc>
        <w:tc>
          <w:tcPr>
            <w:tcW w:w="38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FBB1D5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 / NIE DOTYCZY</w:t>
            </w:r>
          </w:p>
        </w:tc>
      </w:tr>
      <w:tr w:rsidR="00CE58AD" w:rsidRPr="00CE6785" w14:paraId="12F16AD8" w14:textId="77777777" w:rsidTr="008E430D">
        <w:trPr>
          <w:jc w:val="center"/>
        </w:trPr>
        <w:tc>
          <w:tcPr>
            <w:tcW w:w="57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CB9A99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Wydruk CEIDG</w:t>
            </w:r>
            <w:r w:rsidR="008E430D" w:rsidRPr="00CE6785">
              <w:rPr>
                <w:rFonts w:ascii="Cambria" w:hAnsi="Cambria"/>
                <w:sz w:val="22"/>
                <w:lang w:val="pl-PL"/>
              </w:rPr>
              <w:t xml:space="preserve"> </w:t>
            </w:r>
          </w:p>
        </w:tc>
        <w:tc>
          <w:tcPr>
            <w:tcW w:w="38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F6D25F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 / NIE DOTYCZY</w:t>
            </w:r>
          </w:p>
        </w:tc>
      </w:tr>
      <w:tr w:rsidR="00CE58AD" w:rsidRPr="00CE6785" w14:paraId="381449BF" w14:textId="77777777" w:rsidTr="008E430D">
        <w:trPr>
          <w:jc w:val="center"/>
        </w:trPr>
        <w:tc>
          <w:tcPr>
            <w:tcW w:w="57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9C9C43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Wykaz doświadczenia</w:t>
            </w:r>
          </w:p>
        </w:tc>
        <w:tc>
          <w:tcPr>
            <w:tcW w:w="38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238E3B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 / NIE DOTYCZY</w:t>
            </w:r>
          </w:p>
        </w:tc>
      </w:tr>
      <w:tr w:rsidR="00CE58AD" w:rsidRPr="00CE6785" w14:paraId="39C9A6CF" w14:textId="77777777" w:rsidTr="008E430D">
        <w:trPr>
          <w:jc w:val="center"/>
        </w:trPr>
        <w:tc>
          <w:tcPr>
            <w:tcW w:w="57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DF5D5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Uprawnienie do kierowania pojazdem uprzywilejowanym – jeżeli dotyczy</w:t>
            </w:r>
          </w:p>
        </w:tc>
        <w:tc>
          <w:tcPr>
            <w:tcW w:w="38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ACD73B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 / NIE DOTYCZY</w:t>
            </w:r>
          </w:p>
        </w:tc>
      </w:tr>
      <w:tr w:rsidR="00CE58AD" w:rsidRPr="00CE6785" w14:paraId="535A4395" w14:textId="77777777" w:rsidTr="008E430D">
        <w:trPr>
          <w:jc w:val="center"/>
        </w:trPr>
        <w:tc>
          <w:tcPr>
            <w:tcW w:w="57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112BC5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Polisa OC lub zobowiązanie</w:t>
            </w:r>
          </w:p>
        </w:tc>
        <w:tc>
          <w:tcPr>
            <w:tcW w:w="38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C8CC82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 / NIE DOTYCZY</w:t>
            </w:r>
          </w:p>
        </w:tc>
      </w:tr>
      <w:tr w:rsidR="00CE58AD" w:rsidRPr="00CE6785" w14:paraId="4A578DDA" w14:textId="77777777" w:rsidTr="008E430D">
        <w:trPr>
          <w:jc w:val="center"/>
        </w:trPr>
        <w:tc>
          <w:tcPr>
            <w:tcW w:w="57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DF9959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Oświadczenie z załącznika nr 2</w:t>
            </w:r>
          </w:p>
        </w:tc>
        <w:tc>
          <w:tcPr>
            <w:tcW w:w="38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0ACC97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 / NIE DOTYCZY</w:t>
            </w:r>
          </w:p>
        </w:tc>
      </w:tr>
      <w:tr w:rsidR="00CE58AD" w:rsidRPr="00CE6785" w14:paraId="3F274527" w14:textId="77777777" w:rsidTr="008E430D">
        <w:trPr>
          <w:jc w:val="center"/>
        </w:trPr>
        <w:tc>
          <w:tcPr>
            <w:tcW w:w="57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E9CB99" w14:textId="77777777" w:rsidR="00CE58AD" w:rsidRPr="00CE6785" w:rsidRDefault="00305A28">
            <w:pPr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Pełnomocnictwo – jeżeli dotyczy</w:t>
            </w:r>
          </w:p>
        </w:tc>
        <w:tc>
          <w:tcPr>
            <w:tcW w:w="388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347988" w14:textId="77777777" w:rsidR="00CE58AD" w:rsidRPr="00CE6785" w:rsidRDefault="00305A28">
            <w:pPr>
              <w:jc w:val="center"/>
              <w:rPr>
                <w:rFonts w:ascii="Cambria" w:hAnsi="Cambria"/>
                <w:sz w:val="22"/>
                <w:lang w:val="pl-PL"/>
              </w:rPr>
            </w:pPr>
            <w:r w:rsidRPr="00CE6785">
              <w:rPr>
                <w:rFonts w:ascii="Cambria" w:hAnsi="Cambria"/>
                <w:sz w:val="22"/>
                <w:lang w:val="pl-PL"/>
              </w:rPr>
              <w:t>TAK / NIE / NIE DOTYCZY</w:t>
            </w:r>
          </w:p>
        </w:tc>
      </w:tr>
    </w:tbl>
    <w:p w14:paraId="6094AEA0" w14:textId="77777777" w:rsidR="00CE58AD" w:rsidRPr="00CE6785" w:rsidRDefault="00305A28">
      <w:pPr>
        <w:pStyle w:val="Nagwek1"/>
        <w:rPr>
          <w:rFonts w:ascii="Cambria" w:hAnsi="Cambria"/>
          <w:sz w:val="22"/>
          <w:szCs w:val="22"/>
          <w:lang w:val="pl-PL"/>
        </w:rPr>
      </w:pPr>
      <w:r w:rsidRPr="00CE6785">
        <w:rPr>
          <w:rFonts w:ascii="Cambria" w:hAnsi="Cambria"/>
          <w:sz w:val="22"/>
          <w:szCs w:val="22"/>
          <w:lang w:val="pl-PL"/>
        </w:rPr>
        <w:t>7. Osoba do kontaktu</w:t>
      </w:r>
    </w:p>
    <w:p w14:paraId="42FC1893" w14:textId="77777777" w:rsidR="008E430D" w:rsidRPr="00CE6785" w:rsidRDefault="00305A28">
      <w:p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 xml:space="preserve">Imię i nazwisko: ……………………………………………  </w:t>
      </w:r>
    </w:p>
    <w:p w14:paraId="5C47A12F" w14:textId="77777777" w:rsidR="00CE58AD" w:rsidRPr="00CE6785" w:rsidRDefault="00305A28">
      <w:p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Telefon: ………………………  E-mail: ……………………………………………</w:t>
      </w:r>
    </w:p>
    <w:p w14:paraId="42FF637D" w14:textId="77777777" w:rsidR="00CE58AD" w:rsidRPr="00CE6785" w:rsidRDefault="00305A28">
      <w:pPr>
        <w:pStyle w:val="Nagwek1"/>
        <w:rPr>
          <w:rFonts w:ascii="Cambria" w:hAnsi="Cambria"/>
          <w:sz w:val="22"/>
          <w:szCs w:val="22"/>
          <w:lang w:val="pl-PL"/>
        </w:rPr>
      </w:pPr>
      <w:r w:rsidRPr="00CE6785">
        <w:rPr>
          <w:rFonts w:ascii="Cambria" w:hAnsi="Cambria"/>
          <w:sz w:val="22"/>
          <w:szCs w:val="22"/>
          <w:lang w:val="pl-PL"/>
        </w:rPr>
        <w:t>8. Zastrzeżenie poufności</w:t>
      </w:r>
    </w:p>
    <w:p w14:paraId="5A987CF6" w14:textId="77777777" w:rsidR="00CE58AD" w:rsidRPr="00CE6785" w:rsidRDefault="00305A28">
      <w:pPr>
        <w:jc w:val="both"/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Dokumenty lub informacje, które nie powinny być udostępniane, wraz z uzasadnieniem: …………………………………………………………………………………………………………………………………………………………</w:t>
      </w:r>
    </w:p>
    <w:p w14:paraId="26FEDF4E" w14:textId="77777777" w:rsidR="00D34B38" w:rsidRPr="00CE6785" w:rsidRDefault="00D34B38" w:rsidP="00D34B38">
      <w:pPr>
        <w:rPr>
          <w:rFonts w:ascii="Cambria" w:hAnsi="Cambria"/>
          <w:sz w:val="22"/>
          <w:lang w:val="pl-PL"/>
        </w:rPr>
      </w:pPr>
    </w:p>
    <w:p w14:paraId="1AC9896E" w14:textId="77777777" w:rsidR="00CE58AD" w:rsidRPr="00CE6785" w:rsidRDefault="00305A28" w:rsidP="00D34B38">
      <w:pPr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sz w:val="22"/>
          <w:lang w:val="pl-PL"/>
        </w:rPr>
        <w:t>Miejscowość i data: ……………………………………………</w:t>
      </w:r>
    </w:p>
    <w:p w14:paraId="40AA0F7C" w14:textId="77777777" w:rsidR="00D34B38" w:rsidRPr="00CE6785" w:rsidRDefault="00D34B38" w:rsidP="00D34B38">
      <w:pPr>
        <w:rPr>
          <w:rFonts w:ascii="Cambria" w:hAnsi="Cambria"/>
          <w:b/>
          <w:sz w:val="22"/>
          <w:lang w:val="pl-PL"/>
        </w:rPr>
      </w:pPr>
    </w:p>
    <w:p w14:paraId="5720EFAC" w14:textId="77777777" w:rsidR="00CE58AD" w:rsidRPr="00CE6785" w:rsidRDefault="00305A28" w:rsidP="00D34B38">
      <w:pPr>
        <w:rPr>
          <w:rFonts w:ascii="Cambria" w:hAnsi="Cambria"/>
          <w:sz w:val="22"/>
          <w:lang w:val="pl-PL"/>
        </w:rPr>
      </w:pPr>
      <w:r w:rsidRPr="00CE6785">
        <w:rPr>
          <w:rFonts w:ascii="Cambria" w:hAnsi="Cambria"/>
          <w:b/>
          <w:sz w:val="22"/>
          <w:lang w:val="pl-PL"/>
        </w:rPr>
        <w:t>Podpis Oferenta / pełnomocnika: ……………………………………………</w:t>
      </w:r>
    </w:p>
    <w:p w14:paraId="25977B58" w14:textId="77777777" w:rsidR="00D34B38" w:rsidRPr="00CE6785" w:rsidRDefault="00D34B38" w:rsidP="00D34B38">
      <w:pPr>
        <w:rPr>
          <w:rFonts w:ascii="Cambria" w:hAnsi="Cambria"/>
          <w:i/>
          <w:sz w:val="22"/>
          <w:lang w:val="pl-PL"/>
        </w:rPr>
      </w:pPr>
    </w:p>
    <w:p w14:paraId="3F639AFD" w14:textId="77777777" w:rsidR="00CE58AD" w:rsidRPr="00CE6785" w:rsidRDefault="00305A28" w:rsidP="00A83160">
      <w:pPr>
        <w:jc w:val="center"/>
        <w:rPr>
          <w:rFonts w:ascii="Cambria" w:hAnsi="Cambria"/>
          <w:color w:val="EE0000"/>
          <w:sz w:val="22"/>
          <w:lang w:val="pl-PL"/>
        </w:rPr>
      </w:pPr>
      <w:r w:rsidRPr="00CE6785">
        <w:rPr>
          <w:rFonts w:ascii="Cambria" w:hAnsi="Cambria"/>
          <w:color w:val="EE0000"/>
          <w:sz w:val="22"/>
          <w:lang w:val="pl-PL"/>
        </w:rPr>
        <w:t>W przypadku oferty składanej w postaci elektronicznej formularz i pozostałe dokumenty należy sporządzić i podpisać w sposób wymagany w SWKO oraz przesłać na wskazany tam adres e-mail.</w:t>
      </w:r>
    </w:p>
    <w:sectPr w:rsidR="00CE58AD" w:rsidRPr="00CE6785" w:rsidSect="00034616">
      <w:headerReference w:type="default" r:id="rId8"/>
      <w:footerReference w:type="default" r:id="rId9"/>
      <w:pgSz w:w="11906" w:h="16838"/>
      <w:pgMar w:top="822" w:right="1020" w:bottom="822" w:left="1134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40BDB" w14:textId="77777777" w:rsidR="00D72FF3" w:rsidRDefault="00D72FF3">
      <w:pPr>
        <w:spacing w:after="0" w:line="240" w:lineRule="auto"/>
      </w:pPr>
      <w:r>
        <w:separator/>
      </w:r>
    </w:p>
  </w:endnote>
  <w:endnote w:type="continuationSeparator" w:id="0">
    <w:p w14:paraId="0D3E3F5F" w14:textId="77777777" w:rsidR="00D72FF3" w:rsidRDefault="00D72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482061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C3D4DA7" w14:textId="77777777" w:rsidR="008E430D" w:rsidRDefault="008E430D">
            <w:pPr>
              <w:pStyle w:val="Stopka"/>
              <w:jc w:val="center"/>
            </w:pPr>
          </w:p>
          <w:p w14:paraId="16D8DEAE" w14:textId="77777777" w:rsidR="008E430D" w:rsidRDefault="008E430D" w:rsidP="008E430D">
            <w:pPr>
              <w:pStyle w:val="Stopka"/>
              <w:pBdr>
                <w:top w:val="single" w:sz="4" w:space="1" w:color="auto"/>
              </w:pBdr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E378FA" w14:textId="77777777" w:rsidR="00CE58AD" w:rsidRDefault="00CE58AD" w:rsidP="008E430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DDF4C" w14:textId="77777777" w:rsidR="00D72FF3" w:rsidRDefault="00D72FF3">
      <w:pPr>
        <w:spacing w:after="0" w:line="240" w:lineRule="auto"/>
      </w:pPr>
      <w:r>
        <w:separator/>
      </w:r>
    </w:p>
  </w:footnote>
  <w:footnote w:type="continuationSeparator" w:id="0">
    <w:p w14:paraId="5F2753A8" w14:textId="77777777" w:rsidR="00D72FF3" w:rsidRDefault="00D72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5984" w14:textId="77777777" w:rsidR="00CE58AD" w:rsidRDefault="00305A28">
    <w:pPr>
      <w:pStyle w:val="Nagwek"/>
      <w:jc w:val="right"/>
    </w:pPr>
    <w:r>
      <w:rPr>
        <w:color w:val="5A5A5A"/>
        <w:sz w:val="15"/>
      </w:rPr>
      <w:t>ZOZ W NIDZICY | ZAŁĄCZNIK NR 1 – 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num w:numId="1" w16cid:durableId="1897861526">
    <w:abstractNumId w:val="8"/>
  </w:num>
  <w:num w:numId="2" w16cid:durableId="787089535">
    <w:abstractNumId w:val="6"/>
  </w:num>
  <w:num w:numId="3" w16cid:durableId="373308501">
    <w:abstractNumId w:val="5"/>
  </w:num>
  <w:num w:numId="4" w16cid:durableId="1900360767">
    <w:abstractNumId w:val="4"/>
  </w:num>
  <w:num w:numId="5" w16cid:durableId="1252810757">
    <w:abstractNumId w:val="7"/>
  </w:num>
  <w:num w:numId="6" w16cid:durableId="859901276">
    <w:abstractNumId w:val="3"/>
  </w:num>
  <w:num w:numId="7" w16cid:durableId="1157309672">
    <w:abstractNumId w:val="2"/>
  </w:num>
  <w:num w:numId="8" w16cid:durableId="1906255149">
    <w:abstractNumId w:val="1"/>
  </w:num>
  <w:num w:numId="9" w16cid:durableId="208047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430E"/>
    <w:rsid w:val="0015074B"/>
    <w:rsid w:val="0017272D"/>
    <w:rsid w:val="0029639D"/>
    <w:rsid w:val="002C2756"/>
    <w:rsid w:val="00305A28"/>
    <w:rsid w:val="00326F90"/>
    <w:rsid w:val="00656078"/>
    <w:rsid w:val="007B6E5D"/>
    <w:rsid w:val="008B3845"/>
    <w:rsid w:val="008E430D"/>
    <w:rsid w:val="00911FE2"/>
    <w:rsid w:val="00946A91"/>
    <w:rsid w:val="0097454B"/>
    <w:rsid w:val="00A83160"/>
    <w:rsid w:val="00AA1D8D"/>
    <w:rsid w:val="00B47730"/>
    <w:rsid w:val="00B56136"/>
    <w:rsid w:val="00B579D6"/>
    <w:rsid w:val="00C74AE0"/>
    <w:rsid w:val="00CB0664"/>
    <w:rsid w:val="00CE58AD"/>
    <w:rsid w:val="00CE6785"/>
    <w:rsid w:val="00D34B38"/>
    <w:rsid w:val="00D72F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159EA2"/>
  <w14:defaultImageDpi w14:val="330"/>
  <w15:docId w15:val="{61A5828B-9FFB-4800-8F8A-E7739EB0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color w:val="1F4E79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700</Words>
  <Characters>4320</Characters>
  <Application>Microsoft Office Word</Application>
  <DocSecurity>0</DocSecurity>
  <Lines>135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– Formularz ofertowy</dc:title>
  <dc:subject/>
  <dc:creator>Zespół Opieki Zdrowotnej w Nidzicy</dc:creator>
  <cp:keywords/>
  <dc:description>generated by python-docx</dc:description>
  <cp:lastModifiedBy>Lucyna Brejnak</cp:lastModifiedBy>
  <cp:revision>4</cp:revision>
  <dcterms:created xsi:type="dcterms:W3CDTF">2026-09-03T13:59:00Z</dcterms:created>
  <dcterms:modified xsi:type="dcterms:W3CDTF">2026-09-03T14:01:00Z</dcterms:modified>
  <cp:category/>
</cp:coreProperties>
</file>