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68B8" w14:textId="77777777" w:rsidR="00AB200C" w:rsidRPr="007B2E4F" w:rsidRDefault="00407622">
      <w:pPr>
        <w:spacing w:after="20"/>
        <w:jc w:val="center"/>
        <w:rPr>
          <w:lang w:val="pl-PL"/>
        </w:rPr>
      </w:pPr>
      <w:r w:rsidRPr="007B2E4F">
        <w:rPr>
          <w:b/>
          <w:color w:val="6F8F3D"/>
          <w:sz w:val="30"/>
          <w:lang w:val="pl-PL"/>
        </w:rPr>
        <w:t>FORMULARZ OFERTOWY</w:t>
      </w:r>
    </w:p>
    <w:p w14:paraId="45FC25EC" w14:textId="77777777" w:rsidR="00AB200C" w:rsidRPr="007B2E4F" w:rsidRDefault="00407622">
      <w:pPr>
        <w:spacing w:after="160"/>
        <w:jc w:val="center"/>
        <w:rPr>
          <w:lang w:val="pl-PL"/>
        </w:rPr>
      </w:pPr>
      <w:r w:rsidRPr="007B2E4F">
        <w:rPr>
          <w:b/>
          <w:lang w:val="pl-PL"/>
        </w:rPr>
        <w:t>Konkurs ofert na udzielanie świadczeń zdrowotnych przez fizjoterapeutę</w:t>
      </w:r>
      <w:r w:rsidRPr="007B2E4F">
        <w:rPr>
          <w:b/>
          <w:lang w:val="pl-PL"/>
        </w:rPr>
        <w:br/>
        <w:t>z funkcją koordynatora zespołu fizjoterapeutów</w:t>
      </w:r>
    </w:p>
    <w:p w14:paraId="7547A8B8" w14:textId="77777777" w:rsidR="00AB200C" w:rsidRPr="007B2E4F" w:rsidRDefault="00407622">
      <w:pPr>
        <w:jc w:val="right"/>
        <w:rPr>
          <w:lang w:val="pl-PL"/>
        </w:rPr>
      </w:pPr>
      <w:r w:rsidRPr="007B2E4F">
        <w:rPr>
          <w:b/>
          <w:lang w:val="pl-PL"/>
        </w:rPr>
        <w:t>Udzielający Zamówienia:</w:t>
      </w:r>
      <w:r w:rsidRPr="007B2E4F">
        <w:rPr>
          <w:b/>
          <w:lang w:val="pl-PL"/>
        </w:rPr>
        <w:br/>
      </w:r>
      <w:r w:rsidRPr="007B2E4F">
        <w:rPr>
          <w:lang w:val="pl-PL"/>
        </w:rPr>
        <w:t>Zespół Opieki Zdrowotnej w Nidzicy</w:t>
      </w:r>
      <w:r w:rsidRPr="007B2E4F">
        <w:rPr>
          <w:lang w:val="pl-PL"/>
        </w:rPr>
        <w:br/>
        <w:t>ul. Mickiewicza 23, 13-100 Nidzica</w:t>
      </w:r>
    </w:p>
    <w:p w14:paraId="5920A0D0" w14:textId="77777777" w:rsidR="00AB200C" w:rsidRPr="007B2E4F" w:rsidRDefault="00407622">
      <w:pPr>
        <w:pStyle w:val="Nagwek1"/>
        <w:pBdr>
          <w:bottom w:val="single" w:sz="5" w:space="1" w:color="6F8F3D"/>
        </w:pBdr>
        <w:rPr>
          <w:lang w:val="pl-PL"/>
        </w:rPr>
      </w:pPr>
      <w:r w:rsidRPr="007B2E4F">
        <w:rPr>
          <w:lang w:val="pl-PL"/>
        </w:rPr>
        <w:t>I. Dane Oferenta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AB200C" w:rsidRPr="007B2E4F" w14:paraId="65C9C272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C64312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Imię i nazwisko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07FEE0" w14:textId="6CA89734" w:rsidR="00AB200C" w:rsidRPr="007B2E4F" w:rsidRDefault="00AB200C">
            <w:pPr>
              <w:spacing w:after="0"/>
              <w:rPr>
                <w:lang w:val="pl-PL"/>
              </w:rPr>
            </w:pPr>
          </w:p>
        </w:tc>
      </w:tr>
      <w:tr w:rsidR="00AB200C" w:rsidRPr="007B2E4F" w14:paraId="6EBC2233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357EFC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Firma / nazwa działalności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554EC9" w14:textId="1ABD9FF4" w:rsidR="00AB200C" w:rsidRPr="007B2E4F" w:rsidRDefault="00AB200C">
            <w:pPr>
              <w:spacing w:after="0"/>
              <w:rPr>
                <w:lang w:val="pl-PL"/>
              </w:rPr>
            </w:pPr>
          </w:p>
        </w:tc>
      </w:tr>
      <w:tr w:rsidR="00AB200C" w:rsidRPr="007B2E4F" w14:paraId="3F25ACCA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78ECAC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Adres siedziby / wykonywania działalności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1C5CED" w14:textId="77AE0311" w:rsidR="00AB200C" w:rsidRPr="007B2E4F" w:rsidRDefault="00AB200C">
            <w:pPr>
              <w:spacing w:after="0"/>
              <w:rPr>
                <w:lang w:val="pl-PL"/>
              </w:rPr>
            </w:pPr>
          </w:p>
        </w:tc>
      </w:tr>
      <w:tr w:rsidR="00AB200C" w:rsidRPr="007B2E4F" w14:paraId="4587CE69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62A02B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Adres do korespondencji (jeżeli inny)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A762D9" w14:textId="6B40F355" w:rsidR="00AB200C" w:rsidRPr="007B2E4F" w:rsidRDefault="00AB200C">
            <w:pPr>
              <w:spacing w:after="0"/>
              <w:rPr>
                <w:lang w:val="pl-PL"/>
              </w:rPr>
            </w:pPr>
          </w:p>
        </w:tc>
      </w:tr>
      <w:tr w:rsidR="00AB200C" w:rsidRPr="007B2E4F" w14:paraId="2DBEC49A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06791A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NIP / REGON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607D96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8"/>
                <w:lang w:val="pl-PL"/>
              </w:rPr>
              <w:t>NIP: ................................................   REGON: ................................................</w:t>
            </w:r>
          </w:p>
        </w:tc>
      </w:tr>
      <w:tr w:rsidR="00AB200C" w:rsidRPr="007B2E4F" w14:paraId="07CAB9EF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890B02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CEIDG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781502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8"/>
                <w:lang w:val="pl-PL"/>
              </w:rPr>
              <w:t>☐ wpis aktualny</w:t>
            </w:r>
          </w:p>
        </w:tc>
      </w:tr>
      <w:tr w:rsidR="00AB200C" w:rsidRPr="007B2E4F" w14:paraId="594E6487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4BAEE4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Numer wpisu do RPWDL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81029E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8"/>
                <w:lang w:val="pl-PL"/>
              </w:rPr>
              <w:t>................................................   ☐ zobowiązanie do przedłożenia przed zawarciem umowy</w:t>
            </w:r>
          </w:p>
        </w:tc>
      </w:tr>
      <w:tr w:rsidR="00AB200C" w:rsidRPr="007B2E4F" w14:paraId="46E78D13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737612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Nr prawa wykonywania zawodu fizjoterapeuty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856102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8"/>
                <w:lang w:val="pl-PL"/>
              </w:rPr>
              <w:t>........................................................................................................</w:t>
            </w:r>
          </w:p>
        </w:tc>
      </w:tr>
      <w:tr w:rsidR="00AB200C" w:rsidRPr="007B2E4F" w14:paraId="6C6A6FA7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1BFBC7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Nr wpisu w Krajowym Rejestrze Fizjoterapeutów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96CE06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8"/>
                <w:lang w:val="pl-PL"/>
              </w:rPr>
              <w:t>........................................................................................................</w:t>
            </w:r>
          </w:p>
        </w:tc>
      </w:tr>
      <w:tr w:rsidR="00AB200C" w:rsidRPr="007B2E4F" w14:paraId="02FA69A0" w14:textId="77777777">
        <w:trPr>
          <w:jc w:val="center"/>
        </w:trPr>
        <w:tc>
          <w:tcPr>
            <w:tcW w:w="3061" w:type="dxa"/>
            <w:shd w:val="clear" w:color="auto" w:fill="EAF1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4A51B4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b/>
                <w:color w:val="6F8F3D"/>
                <w:sz w:val="17"/>
                <w:lang w:val="pl-PL"/>
              </w:rPr>
              <w:t>Telefon / e-mail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2D3FEF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8"/>
                <w:lang w:val="pl-PL"/>
              </w:rPr>
              <w:t>tel. ................................................   e-mail ................................................</w:t>
            </w:r>
          </w:p>
        </w:tc>
      </w:tr>
    </w:tbl>
    <w:p w14:paraId="5BB2E2A2" w14:textId="77777777" w:rsidR="00AB200C" w:rsidRPr="007B2E4F" w:rsidRDefault="00407622">
      <w:pPr>
        <w:pStyle w:val="Nagwek1"/>
        <w:pBdr>
          <w:bottom w:val="single" w:sz="5" w:space="1" w:color="6F8F3D"/>
        </w:pBdr>
        <w:rPr>
          <w:lang w:val="pl-PL"/>
        </w:rPr>
      </w:pPr>
      <w:r w:rsidRPr="007B2E4F">
        <w:rPr>
          <w:lang w:val="pl-PL"/>
        </w:rPr>
        <w:t>II. Treść oferty</w:t>
      </w:r>
    </w:p>
    <w:p w14:paraId="78AD53F1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1. </w:t>
      </w:r>
      <w:r w:rsidRPr="007B2E4F">
        <w:rPr>
          <w:lang w:val="pl-PL"/>
        </w:rPr>
        <w:t>Składam ofertę na osobiste udzielanie świadczeń zdrowotnych przez fizjoterapeutę wraz z osobistym wykonywaniem funkcji koordynatora zespołu fizjoterapeutów, zgodnie z SWKO, Formularzem cenowym i projektem umowy.</w:t>
      </w:r>
    </w:p>
    <w:p w14:paraId="2C7A3565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2. </w:t>
      </w:r>
      <w:r w:rsidRPr="007B2E4F">
        <w:rPr>
          <w:lang w:val="pl-PL"/>
        </w:rPr>
        <w:t>Oferuję realizację świadczeń w okresie od 1 października 2026 r. do 31 grudnia 2027 r., w terminach i wymiarze wynikającym z potrzeb Udzielającego Zamówienia oraz zatwierdzonych harmonogramów.</w:t>
      </w:r>
    </w:p>
    <w:p w14:paraId="675F2C72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3. </w:t>
      </w:r>
      <w:r w:rsidRPr="007B2E4F">
        <w:rPr>
          <w:lang w:val="pl-PL"/>
        </w:rPr>
        <w:t>Stawkę brutto za jedną godzinę realizacji całego przedmiotu zamówienia podaję w Formularzu cenowym – załączniku nr 1a do SWKO. Stawka obejmuje zarówno świadczenia fizjoterapeutyczne, jak i czynności koordynatora oraz wszystkie koszty realizacji umowy.</w:t>
      </w:r>
    </w:p>
    <w:p w14:paraId="4938F990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4. </w:t>
      </w:r>
      <w:r w:rsidRPr="007B2E4F">
        <w:rPr>
          <w:lang w:val="pl-PL"/>
        </w:rPr>
        <w:t>Przyjmuję, że maksymalny zakres podstawowy wynosi 2 250 godzin, a prawo opcji może zwiększyć ten zakres maksymalnie o 50%, tj. o 1 125 godzin, do łącznego maksimum 3 375 godzin. Przyjmuję również, że wskazane wielkości są limitami maksymalnymi, a niewykorzystanie całości zakresu podstawowego lub prawa opcji nie rodzi roszczeń.</w:t>
      </w:r>
    </w:p>
    <w:p w14:paraId="29CAF596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5. </w:t>
      </w:r>
      <w:r w:rsidRPr="007B2E4F">
        <w:rPr>
          <w:lang w:val="pl-PL"/>
        </w:rPr>
        <w:t>Pozostaję związany/związana ofertą przez 30 dni od dnia otwarcia ofert.</w:t>
      </w:r>
    </w:p>
    <w:p w14:paraId="6A3C4106" w14:textId="77777777" w:rsidR="00AB200C" w:rsidRPr="007B2E4F" w:rsidRDefault="00407622">
      <w:pPr>
        <w:pStyle w:val="Nagwek1"/>
        <w:pBdr>
          <w:bottom w:val="single" w:sz="5" w:space="1" w:color="6F8F3D"/>
        </w:pBdr>
        <w:rPr>
          <w:lang w:val="pl-PL"/>
        </w:rPr>
      </w:pPr>
      <w:r w:rsidRPr="007B2E4F">
        <w:rPr>
          <w:lang w:val="pl-PL"/>
        </w:rPr>
        <w:t>III. Oświadczenia Oferenta</w:t>
      </w:r>
    </w:p>
    <w:p w14:paraId="2497729A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1. </w:t>
      </w:r>
      <w:r w:rsidRPr="007B2E4F">
        <w:rPr>
          <w:lang w:val="pl-PL"/>
        </w:rPr>
        <w:t>zapoznałem/zapoznałam się z SWKO, wszystkimi załącznikami i projektem umowy, rozumiem ich treść i przyjmuję je bez zastrzeżeń;</w:t>
      </w:r>
    </w:p>
    <w:p w14:paraId="6114353E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2. </w:t>
      </w:r>
      <w:r w:rsidRPr="007B2E4F">
        <w:rPr>
          <w:lang w:val="pl-PL"/>
        </w:rPr>
        <w:t>oferta obejmuje cały wymagany zakres świadczeń i została sporządzona zgodnie z dokumentacją konkursową;</w:t>
      </w:r>
    </w:p>
    <w:p w14:paraId="5F4B674F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3. </w:t>
      </w:r>
      <w:r w:rsidRPr="007B2E4F">
        <w:rPr>
          <w:lang w:val="pl-PL"/>
        </w:rPr>
        <w:t>zobowiązuję się wykonywać świadczenia osobiście, w tym osobiście pełnić funkcję koordynatora zespołu fizjoterapeutów;</w:t>
      </w:r>
    </w:p>
    <w:p w14:paraId="6AC72F18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4. </w:t>
      </w:r>
      <w:r w:rsidRPr="007B2E4F">
        <w:rPr>
          <w:lang w:val="pl-PL"/>
        </w:rPr>
        <w:t>wszystkie informacje i dokumenty złożone wraz z ofertą są aktualne, kompletne i zgodne ze stanem faktycznym;</w:t>
      </w:r>
    </w:p>
    <w:p w14:paraId="76668D0C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5. </w:t>
      </w:r>
      <w:r w:rsidRPr="007B2E4F">
        <w:rPr>
          <w:lang w:val="pl-PL"/>
        </w:rPr>
        <w:t>wyrażam zgodę na weryfikację danych w rejestrach publicznych oraz dokumentów i doświadczenia wskazanych w ofercie, w tym u ich wystawców;</w:t>
      </w:r>
    </w:p>
    <w:p w14:paraId="573E03C3" w14:textId="77777777" w:rsidR="00AB200C" w:rsidRPr="007B2E4F" w:rsidRDefault="00407622" w:rsidP="007B2E4F">
      <w:pPr>
        <w:spacing w:after="60"/>
        <w:ind w:left="312" w:hanging="312"/>
        <w:jc w:val="both"/>
        <w:rPr>
          <w:lang w:val="pl-PL"/>
        </w:rPr>
      </w:pPr>
      <w:r w:rsidRPr="007B2E4F">
        <w:rPr>
          <w:b/>
          <w:color w:val="6F8F3D"/>
          <w:lang w:val="pl-PL"/>
        </w:rPr>
        <w:t xml:space="preserve">6. </w:t>
      </w:r>
      <w:r w:rsidRPr="007B2E4F">
        <w:rPr>
          <w:lang w:val="pl-PL"/>
        </w:rPr>
        <w:t>w przypadku wyboru mojej oferty zawrę umowę w terminie wskazanym przez Udzielającego Zamówienia i przedłożę przed jej zawarciem dokumenty wymagane w SWKO.</w:t>
      </w:r>
    </w:p>
    <w:p w14:paraId="01233A2B" w14:textId="77777777" w:rsidR="00AB200C" w:rsidRPr="007B2E4F" w:rsidRDefault="00407622">
      <w:pPr>
        <w:pStyle w:val="Nagwek1"/>
        <w:pBdr>
          <w:bottom w:val="single" w:sz="5" w:space="1" w:color="6F8F3D"/>
        </w:pBdr>
        <w:rPr>
          <w:lang w:val="pl-PL"/>
        </w:rPr>
      </w:pPr>
      <w:r w:rsidRPr="007B2E4F">
        <w:rPr>
          <w:lang w:val="pl-PL"/>
        </w:rPr>
        <w:lastRenderedPageBreak/>
        <w:t>IV. Wykaz dokumentów składanych wraz z ofertą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AB200C" w:rsidRPr="007B2E4F" w14:paraId="738ABC6F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7B2D6E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Formularz cenowy – załącznik nr 1a</w:t>
            </w:r>
          </w:p>
        </w:tc>
      </w:tr>
      <w:tr w:rsidR="00AB200C" w:rsidRPr="007B2E4F" w14:paraId="447F3938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6BF413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dokument / dane umożliwiające weryfikację prawa wykonywania zawodu i wpisu do KRF</w:t>
            </w:r>
          </w:p>
        </w:tc>
      </w:tr>
      <w:tr w:rsidR="00AB200C" w:rsidRPr="007B2E4F" w14:paraId="563CF522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C2FBA6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wydruk z CEIDG</w:t>
            </w:r>
          </w:p>
        </w:tc>
      </w:tr>
      <w:tr w:rsidR="00AB200C" w:rsidRPr="007B2E4F" w14:paraId="1B651A6F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94ED6B" w14:textId="7476FA6C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 xml:space="preserve">☐ </w:t>
            </w:r>
            <w:r w:rsidR="007B2E4F" w:rsidRPr="007B2E4F">
              <w:rPr>
                <w:sz w:val="17"/>
                <w:lang w:val="pl-PL"/>
              </w:rPr>
              <w:t>dokument potwierdzający wpis do RPWDL albo zobowiązanie do uzyskania właściwego wpisu i przedłożenia dokumentu potwierdzającego ten wpis najpóźniej przed zawarciem umowy</w:t>
            </w:r>
          </w:p>
        </w:tc>
      </w:tr>
      <w:tr w:rsidR="00AB200C" w:rsidRPr="007B2E4F" w14:paraId="5D8603D0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B3D1D8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Oświadczenie o spełnianiu warunków udziału – załącznik nr 2</w:t>
            </w:r>
          </w:p>
        </w:tc>
      </w:tr>
      <w:tr w:rsidR="00AB200C" w:rsidRPr="007B2E4F" w14:paraId="21B145C7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4D332D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Wykaz doświadczenia – załącznik nr 3</w:t>
            </w:r>
          </w:p>
        </w:tc>
      </w:tr>
      <w:tr w:rsidR="00AB200C" w:rsidRPr="007B2E4F" w14:paraId="1A693EFF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CEA3A8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dokumenty potwierdzające doświadczenie zawodowe i koordynacyjne</w:t>
            </w:r>
          </w:p>
        </w:tc>
      </w:tr>
      <w:tr w:rsidR="00AB200C" w:rsidRPr="007B2E4F" w14:paraId="3FA4F853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A283BE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polisa OC albo zobowiązanie do jej przedłożenia przed zawarciem umowy</w:t>
            </w:r>
          </w:p>
        </w:tc>
      </w:tr>
      <w:tr w:rsidR="00AB200C" w:rsidRPr="007B2E4F" w14:paraId="7EF1294A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D75BFF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pełnomocnictwo – jeżeli ofertę podpisuje pełnomocnik</w:t>
            </w:r>
          </w:p>
        </w:tc>
      </w:tr>
      <w:tr w:rsidR="00AB200C" w:rsidRPr="007B2E4F" w14:paraId="5171856A" w14:textId="77777777">
        <w:trPr>
          <w:jc w:val="center"/>
        </w:trPr>
        <w:tc>
          <w:tcPr>
            <w:tcW w:w="99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C9EC0E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☐ inne: ........................................................................................................</w:t>
            </w:r>
          </w:p>
        </w:tc>
      </w:tr>
    </w:tbl>
    <w:p w14:paraId="0B18136B" w14:textId="77777777" w:rsidR="00AB200C" w:rsidRPr="007B2E4F" w:rsidRDefault="00AB200C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AB200C" w:rsidRPr="007B2E4F" w14:paraId="0F9366C4" w14:textId="77777777" w:rsidTr="007B2E4F">
        <w:trPr>
          <w:trHeight w:val="1693"/>
          <w:jc w:val="center"/>
        </w:trPr>
        <w:tc>
          <w:tcPr>
            <w:tcW w:w="498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ADB688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........................................................</w:t>
            </w:r>
            <w:r w:rsidRPr="007B2E4F">
              <w:rPr>
                <w:sz w:val="17"/>
                <w:lang w:val="pl-PL"/>
              </w:rPr>
              <w:br/>
              <w:t>(miejscowość i data)</w:t>
            </w:r>
          </w:p>
        </w:tc>
        <w:tc>
          <w:tcPr>
            <w:tcW w:w="498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403DE5" w14:textId="77777777" w:rsidR="00AB200C" w:rsidRPr="007B2E4F" w:rsidRDefault="00407622">
            <w:pPr>
              <w:spacing w:after="0"/>
              <w:rPr>
                <w:lang w:val="pl-PL"/>
              </w:rPr>
            </w:pPr>
            <w:r w:rsidRPr="007B2E4F">
              <w:rPr>
                <w:sz w:val="17"/>
                <w:lang w:val="pl-PL"/>
              </w:rPr>
              <w:t>........................................................</w:t>
            </w:r>
            <w:r w:rsidRPr="007B2E4F">
              <w:rPr>
                <w:sz w:val="17"/>
                <w:lang w:val="pl-PL"/>
              </w:rPr>
              <w:br/>
              <w:t>(czytelny podpis Oferenta / osoby uprawnionej)</w:t>
            </w:r>
          </w:p>
        </w:tc>
      </w:tr>
    </w:tbl>
    <w:p w14:paraId="24DA2840" w14:textId="77777777" w:rsidR="00407622" w:rsidRPr="007B2E4F" w:rsidRDefault="00407622">
      <w:pPr>
        <w:rPr>
          <w:lang w:val="pl-PL"/>
        </w:rPr>
      </w:pPr>
    </w:p>
    <w:sectPr w:rsidR="00407622" w:rsidRPr="007B2E4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34" w:bottom="907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89C42" w14:textId="77777777" w:rsidR="00042C65" w:rsidRDefault="00042C65">
      <w:pPr>
        <w:spacing w:after="0" w:line="240" w:lineRule="auto"/>
      </w:pPr>
      <w:r>
        <w:separator/>
      </w:r>
    </w:p>
  </w:endnote>
  <w:endnote w:type="continuationSeparator" w:id="0">
    <w:p w14:paraId="5FBC1A3F" w14:textId="77777777" w:rsidR="00042C65" w:rsidRDefault="00042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FCE1" w14:textId="77777777" w:rsidR="000E3821" w:rsidRDefault="000E38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EC1D" w14:textId="77777777" w:rsidR="00AB200C" w:rsidRPr="007B2E4F" w:rsidRDefault="00407622" w:rsidP="007B2E4F">
    <w:pPr>
      <w:pStyle w:val="Stopka"/>
      <w:pBdr>
        <w:top w:val="single" w:sz="4" w:space="1" w:color="auto"/>
      </w:pBdr>
      <w:jc w:val="center"/>
      <w:rPr>
        <w:lang w:val="pl-PL"/>
      </w:rPr>
    </w:pPr>
    <w:r w:rsidRPr="007B2E4F">
      <w:rPr>
        <w:color w:val="666666"/>
        <w:sz w:val="15"/>
        <w:lang w:val="pl-PL"/>
      </w:rPr>
      <w:t xml:space="preserve">Zespół Opieki Zdrowotnej w Nidzicy  •  6/F/2026  •  strona </w:t>
    </w:r>
    <w:r w:rsidRPr="007B2E4F">
      <w:rPr>
        <w:lang w:val="pl-PL"/>
      </w:rPr>
      <w:fldChar w:fldCharType="begin"/>
    </w:r>
    <w:r w:rsidRPr="007B2E4F">
      <w:rPr>
        <w:lang w:val="pl-PL"/>
      </w:rPr>
      <w:instrText>PAGE</w:instrText>
    </w:r>
    <w:r w:rsidRPr="007B2E4F">
      <w:rPr>
        <w:lang w:val="pl-PL"/>
      </w:rPr>
      <w:fldChar w:fldCharType="separate"/>
    </w:r>
    <w:r w:rsidR="009E203D" w:rsidRPr="007B2E4F">
      <w:rPr>
        <w:noProof/>
        <w:lang w:val="pl-PL"/>
      </w:rPr>
      <w:t>1</w:t>
    </w:r>
    <w:r w:rsidRPr="007B2E4F">
      <w:rPr>
        <w:lang w:val="pl-P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2C96D" w14:textId="77777777" w:rsidR="000E3821" w:rsidRDefault="000E38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38F6" w14:textId="77777777" w:rsidR="00042C65" w:rsidRDefault="00042C65">
      <w:pPr>
        <w:spacing w:after="0" w:line="240" w:lineRule="auto"/>
      </w:pPr>
      <w:r>
        <w:separator/>
      </w:r>
    </w:p>
  </w:footnote>
  <w:footnote w:type="continuationSeparator" w:id="0">
    <w:p w14:paraId="1F90AF42" w14:textId="77777777" w:rsidR="00042C65" w:rsidRDefault="00042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896B1" w14:textId="77777777" w:rsidR="000E3821" w:rsidRDefault="000E38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210D4" w14:textId="1FB1AFFC" w:rsidR="00AB200C" w:rsidRDefault="00407622">
    <w:pPr>
      <w:pStyle w:val="Nagwek"/>
      <w:pBdr>
        <w:bottom w:val="single" w:sz="6" w:space="1" w:color="6F8F3D"/>
      </w:pBdr>
      <w:jc w:val="right"/>
    </w:pPr>
    <w:proofErr w:type="spellStart"/>
    <w:r>
      <w:rPr>
        <w:color w:val="666666"/>
        <w:sz w:val="16"/>
      </w:rPr>
      <w:t>Zał</w:t>
    </w:r>
    <w:r w:rsidR="000E3821">
      <w:rPr>
        <w:color w:val="666666"/>
        <w:sz w:val="16"/>
      </w:rPr>
      <w:t>ą</w:t>
    </w:r>
    <w:r>
      <w:rPr>
        <w:color w:val="666666"/>
        <w:sz w:val="16"/>
      </w:rPr>
      <w:t>cznik</w:t>
    </w:r>
    <w:proofErr w:type="spellEnd"/>
    <w:r>
      <w:rPr>
        <w:color w:val="666666"/>
        <w:sz w:val="16"/>
      </w:rPr>
      <w:t xml:space="preserve"> nr 1 do SWKO  |  </w:t>
    </w:r>
    <w:proofErr w:type="spellStart"/>
    <w:r>
      <w:rPr>
        <w:color w:val="666666"/>
        <w:sz w:val="16"/>
      </w:rPr>
      <w:t>znak</w:t>
    </w:r>
    <w:proofErr w:type="spellEnd"/>
    <w:r>
      <w:rPr>
        <w:color w:val="666666"/>
        <w:sz w:val="16"/>
      </w:rPr>
      <w:t xml:space="preserve"> sprawy: 6/F/2026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6219" w14:textId="77777777" w:rsidR="000E3821" w:rsidRDefault="000E38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5527463">
    <w:abstractNumId w:val="8"/>
  </w:num>
  <w:num w:numId="2" w16cid:durableId="1520122494">
    <w:abstractNumId w:val="6"/>
  </w:num>
  <w:num w:numId="3" w16cid:durableId="141971818">
    <w:abstractNumId w:val="5"/>
  </w:num>
  <w:num w:numId="4" w16cid:durableId="1503622903">
    <w:abstractNumId w:val="4"/>
  </w:num>
  <w:num w:numId="5" w16cid:durableId="990258741">
    <w:abstractNumId w:val="7"/>
  </w:num>
  <w:num w:numId="6" w16cid:durableId="417676256">
    <w:abstractNumId w:val="3"/>
  </w:num>
  <w:num w:numId="7" w16cid:durableId="1120421704">
    <w:abstractNumId w:val="2"/>
  </w:num>
  <w:num w:numId="8" w16cid:durableId="845170606">
    <w:abstractNumId w:val="1"/>
  </w:num>
  <w:num w:numId="9" w16cid:durableId="30365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C65"/>
    <w:rsid w:val="0006063C"/>
    <w:rsid w:val="000E3821"/>
    <w:rsid w:val="0015074B"/>
    <w:rsid w:val="00241C53"/>
    <w:rsid w:val="0029639D"/>
    <w:rsid w:val="00326F90"/>
    <w:rsid w:val="00407622"/>
    <w:rsid w:val="007B2E4F"/>
    <w:rsid w:val="009E203D"/>
    <w:rsid w:val="00AA1D8D"/>
    <w:rsid w:val="00AB200C"/>
    <w:rsid w:val="00B47730"/>
    <w:rsid w:val="00BC25C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A3B98"/>
  <w14:defaultImageDpi w14:val="300"/>
  <w15:docId w15:val="{C61880D0-286E-4F78-BA09-25438362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0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6F8F3D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F8F3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F8F3D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418</Words>
  <Characters>3510</Characters>
  <Application>Microsoft Office Word</Application>
  <DocSecurity>0</DocSecurity>
  <Lines>70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Lucyna Brejnak</cp:lastModifiedBy>
  <cp:revision>4</cp:revision>
  <dcterms:created xsi:type="dcterms:W3CDTF">2026-09-22T07:41:00Z</dcterms:created>
  <dcterms:modified xsi:type="dcterms:W3CDTF">2026-09-22T10:01:00Z</dcterms:modified>
  <cp:category/>
</cp:coreProperties>
</file>