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52D18" w14:textId="77777777" w:rsidR="00C53C04" w:rsidRPr="00A548EF" w:rsidRDefault="0032701C">
      <w:pPr>
        <w:spacing w:after="20"/>
        <w:jc w:val="center"/>
        <w:rPr>
          <w:sz w:val="16"/>
          <w:szCs w:val="18"/>
          <w:lang w:val="pl-PL"/>
        </w:rPr>
      </w:pPr>
      <w:r w:rsidRPr="00A548EF">
        <w:rPr>
          <w:b/>
          <w:color w:val="6F8F3D"/>
          <w:sz w:val="24"/>
          <w:szCs w:val="18"/>
          <w:lang w:val="pl-PL"/>
        </w:rPr>
        <w:t>OŚWIADCZENIE O SPEŁNIANIU WARUNKÓW UDZIAŁU W KONKURSIE</w:t>
      </w:r>
    </w:p>
    <w:p w14:paraId="577FB72D" w14:textId="77777777" w:rsidR="00C53C04" w:rsidRPr="00D3372F" w:rsidRDefault="0032701C">
      <w:pPr>
        <w:spacing w:after="160"/>
        <w:jc w:val="center"/>
        <w:rPr>
          <w:lang w:val="pl-PL"/>
        </w:rPr>
      </w:pPr>
      <w:r w:rsidRPr="00D3372F">
        <w:rPr>
          <w:b/>
          <w:lang w:val="pl-PL"/>
        </w:rPr>
        <w:t>Konkurs ofert na udzielanie świadczeń zdrowotnych przez fizjoterapeutę</w:t>
      </w:r>
      <w:r w:rsidRPr="00D3372F">
        <w:rPr>
          <w:b/>
          <w:lang w:val="pl-PL"/>
        </w:rPr>
        <w:br/>
        <w:t>z funkcją koordynatora zespołu fizjoterapeutów</w:t>
      </w:r>
    </w:p>
    <w:tbl>
      <w:tblPr>
        <w:tblW w:w="0" w:type="auto"/>
        <w:jc w:val="center"/>
        <w:tblLayout w:type="fixed"/>
        <w:tblLook w:val="04A0" w:firstRow="1" w:lastRow="0" w:firstColumn="1" w:lastColumn="0" w:noHBand="0" w:noVBand="1"/>
      </w:tblPr>
      <w:tblGrid>
        <w:gridCol w:w="3061"/>
        <w:gridCol w:w="6463"/>
      </w:tblGrid>
      <w:tr w:rsidR="00C53C04" w:rsidRPr="00D3372F" w14:paraId="5C7BB63D" w14:textId="77777777">
        <w:trPr>
          <w:jc w:val="center"/>
        </w:trPr>
        <w:tc>
          <w:tcPr>
            <w:tcW w:w="3061" w:type="dxa"/>
            <w:shd w:val="clear" w:color="auto" w:fill="EAF1DF"/>
            <w:tcMar>
              <w:top w:w="90" w:type="dxa"/>
              <w:left w:w="110" w:type="dxa"/>
              <w:bottom w:w="90" w:type="dxa"/>
              <w:right w:w="110" w:type="dxa"/>
            </w:tcMar>
            <w:vAlign w:val="center"/>
          </w:tcPr>
          <w:p w14:paraId="59A321CC" w14:textId="77777777" w:rsidR="00C53C04" w:rsidRPr="00D3372F" w:rsidRDefault="0032701C">
            <w:pPr>
              <w:spacing w:after="0"/>
              <w:rPr>
                <w:lang w:val="pl-PL"/>
              </w:rPr>
            </w:pPr>
            <w:r w:rsidRPr="00D3372F">
              <w:rPr>
                <w:b/>
                <w:color w:val="6F8F3D"/>
                <w:sz w:val="17"/>
                <w:lang w:val="pl-PL"/>
              </w:rPr>
              <w:t>Imię i nazwisko Oferenta</w:t>
            </w:r>
          </w:p>
        </w:tc>
        <w:tc>
          <w:tcPr>
            <w:tcW w:w="6463" w:type="dxa"/>
            <w:tcMar>
              <w:top w:w="90" w:type="dxa"/>
              <w:left w:w="110" w:type="dxa"/>
              <w:bottom w:w="90" w:type="dxa"/>
              <w:right w:w="110" w:type="dxa"/>
            </w:tcMar>
            <w:vAlign w:val="center"/>
          </w:tcPr>
          <w:p w14:paraId="625470E4" w14:textId="28605CAD" w:rsidR="00C53C04" w:rsidRPr="00D3372F" w:rsidRDefault="00C53C04">
            <w:pPr>
              <w:spacing w:after="0"/>
              <w:rPr>
                <w:lang w:val="pl-PL"/>
              </w:rPr>
            </w:pPr>
          </w:p>
        </w:tc>
      </w:tr>
      <w:tr w:rsidR="00C53C04" w:rsidRPr="00D3372F" w14:paraId="7BF0EF32" w14:textId="77777777">
        <w:trPr>
          <w:jc w:val="center"/>
        </w:trPr>
        <w:tc>
          <w:tcPr>
            <w:tcW w:w="3061" w:type="dxa"/>
            <w:shd w:val="clear" w:color="auto" w:fill="EAF1DF"/>
            <w:tcMar>
              <w:top w:w="90" w:type="dxa"/>
              <w:left w:w="110" w:type="dxa"/>
              <w:bottom w:w="90" w:type="dxa"/>
              <w:right w:w="110" w:type="dxa"/>
            </w:tcMar>
            <w:vAlign w:val="center"/>
          </w:tcPr>
          <w:p w14:paraId="110B3315" w14:textId="77777777" w:rsidR="00C53C04" w:rsidRPr="00D3372F" w:rsidRDefault="0032701C">
            <w:pPr>
              <w:spacing w:after="0"/>
              <w:rPr>
                <w:lang w:val="pl-PL"/>
              </w:rPr>
            </w:pPr>
            <w:r w:rsidRPr="00D3372F">
              <w:rPr>
                <w:b/>
                <w:color w:val="6F8F3D"/>
                <w:sz w:val="17"/>
                <w:lang w:val="pl-PL"/>
              </w:rPr>
              <w:t>Firma / NIP</w:t>
            </w:r>
          </w:p>
        </w:tc>
        <w:tc>
          <w:tcPr>
            <w:tcW w:w="6463" w:type="dxa"/>
            <w:tcMar>
              <w:top w:w="90" w:type="dxa"/>
              <w:left w:w="110" w:type="dxa"/>
              <w:bottom w:w="90" w:type="dxa"/>
              <w:right w:w="110" w:type="dxa"/>
            </w:tcMar>
            <w:vAlign w:val="center"/>
          </w:tcPr>
          <w:p w14:paraId="75B355D6" w14:textId="13D02E1E" w:rsidR="00C53C04" w:rsidRPr="00D3372F" w:rsidRDefault="00C53C04">
            <w:pPr>
              <w:spacing w:after="0"/>
              <w:rPr>
                <w:lang w:val="pl-PL"/>
              </w:rPr>
            </w:pPr>
          </w:p>
        </w:tc>
      </w:tr>
    </w:tbl>
    <w:p w14:paraId="65154620" w14:textId="77777777" w:rsidR="00C53C04" w:rsidRPr="00D3372F" w:rsidRDefault="0032701C">
      <w:pPr>
        <w:spacing w:before="160" w:after="120"/>
        <w:rPr>
          <w:lang w:val="pl-PL"/>
        </w:rPr>
      </w:pPr>
      <w:r w:rsidRPr="00D3372F">
        <w:rPr>
          <w:b/>
          <w:lang w:val="pl-PL"/>
        </w:rPr>
        <w:t>Składając ofertę w postępowaniu oznaczonym znakiem 6/F/2026, oświadczam, że:</w:t>
      </w:r>
    </w:p>
    <w:p w14:paraId="7C30284A" w14:textId="77777777" w:rsidR="00C53C04" w:rsidRPr="00D3372F" w:rsidRDefault="0032701C">
      <w:pPr>
        <w:spacing w:after="60"/>
        <w:ind w:left="312" w:hanging="312"/>
        <w:rPr>
          <w:lang w:val="pl-PL"/>
        </w:rPr>
      </w:pPr>
      <w:r w:rsidRPr="00D3372F">
        <w:rPr>
          <w:b/>
          <w:color w:val="6F8F3D"/>
          <w:lang w:val="pl-PL"/>
        </w:rPr>
        <w:t xml:space="preserve">1. </w:t>
      </w:r>
      <w:r w:rsidRPr="00D3372F">
        <w:rPr>
          <w:lang w:val="pl-PL"/>
        </w:rPr>
        <w:t>posiadam kwalifikacje uprawniające do wykonywania zawodu fizjoterapeuty na terytorium Rzeczypospolitej Polskiej, zgodnie z ustawą z dnia 25 września 2015 r. o zawodzie fizjoterapeuty;</w:t>
      </w:r>
    </w:p>
    <w:p w14:paraId="5E86A9F3" w14:textId="77777777" w:rsidR="00C53C04" w:rsidRPr="00D3372F" w:rsidRDefault="0032701C">
      <w:pPr>
        <w:spacing w:after="60"/>
        <w:ind w:left="312" w:hanging="312"/>
        <w:rPr>
          <w:lang w:val="pl-PL"/>
        </w:rPr>
      </w:pPr>
      <w:r w:rsidRPr="00D3372F">
        <w:rPr>
          <w:b/>
          <w:color w:val="6F8F3D"/>
          <w:lang w:val="pl-PL"/>
        </w:rPr>
        <w:t xml:space="preserve">2. </w:t>
      </w:r>
      <w:r w:rsidRPr="00D3372F">
        <w:rPr>
          <w:lang w:val="pl-PL"/>
        </w:rPr>
        <w:t>posiadam aktualne prawo wykonywania zawodu fizjoterapeuty, jestem wpisany/wpisana do Krajowego Rejestru Fizjoterapeutów, a moje prawo wykonywania zawodu nie jest zawieszone ani ograniczone w sposób uniemożliwiający realizację przedmiotu zamówienia;</w:t>
      </w:r>
    </w:p>
    <w:p w14:paraId="6F32ADE9" w14:textId="77777777" w:rsidR="00C53C04" w:rsidRPr="00D3372F" w:rsidRDefault="0032701C">
      <w:pPr>
        <w:spacing w:after="60"/>
        <w:ind w:left="312" w:hanging="312"/>
        <w:rPr>
          <w:lang w:val="pl-PL"/>
        </w:rPr>
      </w:pPr>
      <w:r w:rsidRPr="00D3372F">
        <w:rPr>
          <w:b/>
          <w:color w:val="6F8F3D"/>
          <w:lang w:val="pl-PL"/>
        </w:rPr>
        <w:t xml:space="preserve">3. </w:t>
      </w:r>
      <w:r w:rsidRPr="00D3372F">
        <w:rPr>
          <w:lang w:val="pl-PL"/>
        </w:rPr>
        <w:t>spełniam wymagania kwalifikacyjne dotyczące personelu udzielającego świadczeń w komórkach organizacyjnych objętych konkursem, wynikające z obowiązujących przepisów oraz warunków realizacji świadczeń finansowanych przez Narodowy Fundusz Zdrowia;</w:t>
      </w:r>
    </w:p>
    <w:p w14:paraId="0646AD4C" w14:textId="77777777" w:rsidR="00C53C04" w:rsidRPr="00D3372F" w:rsidRDefault="0032701C">
      <w:pPr>
        <w:spacing w:after="60"/>
        <w:ind w:left="312" w:hanging="312"/>
        <w:rPr>
          <w:lang w:val="pl-PL"/>
        </w:rPr>
      </w:pPr>
      <w:r w:rsidRPr="00D3372F">
        <w:rPr>
          <w:b/>
          <w:color w:val="6F8F3D"/>
          <w:lang w:val="pl-PL"/>
        </w:rPr>
        <w:t xml:space="preserve">4. </w:t>
      </w:r>
      <w:r w:rsidRPr="00D3372F">
        <w:rPr>
          <w:lang w:val="pl-PL"/>
        </w:rPr>
        <w:t>posiadam co najmniej 3-letnie, osobiste doświadczenie zawodowe w wykonywaniu świadczeń zdrowotnych w zawodzie fizjoterapeuty;</w:t>
      </w:r>
    </w:p>
    <w:p w14:paraId="6072F494" w14:textId="77777777" w:rsidR="00C53C04" w:rsidRPr="00D3372F" w:rsidRDefault="0032701C">
      <w:pPr>
        <w:spacing w:after="60"/>
        <w:ind w:left="312" w:hanging="312"/>
        <w:rPr>
          <w:lang w:val="pl-PL"/>
        </w:rPr>
      </w:pPr>
      <w:r w:rsidRPr="00D3372F">
        <w:rPr>
          <w:b/>
          <w:color w:val="6F8F3D"/>
          <w:lang w:val="pl-PL"/>
        </w:rPr>
        <w:t xml:space="preserve">5. </w:t>
      </w:r>
      <w:r w:rsidRPr="00D3372F">
        <w:rPr>
          <w:lang w:val="pl-PL"/>
        </w:rPr>
        <w:t>posiadam co najmniej 6-miesięczne doświadczenie w koordynowaniu, organizowaniu albo nadzorowaniu pracy zespołu fizjoterapeutów lub zespołu realizującego świadczenia rehabilitacyjne;</w:t>
      </w:r>
    </w:p>
    <w:p w14:paraId="351DC5E8" w14:textId="77777777" w:rsidR="00C53C04" w:rsidRPr="00D3372F" w:rsidRDefault="0032701C">
      <w:pPr>
        <w:spacing w:after="60"/>
        <w:ind w:left="312" w:hanging="312"/>
        <w:rPr>
          <w:lang w:val="pl-PL"/>
        </w:rPr>
      </w:pPr>
      <w:r w:rsidRPr="00D3372F">
        <w:rPr>
          <w:b/>
          <w:color w:val="6F8F3D"/>
          <w:lang w:val="pl-PL"/>
        </w:rPr>
        <w:t xml:space="preserve">6. </w:t>
      </w:r>
      <w:r w:rsidRPr="00D3372F">
        <w:rPr>
          <w:lang w:val="pl-PL"/>
        </w:rPr>
        <w:t>prowadzę działalność gospodarczą albo praktykę zawodową, której zakres obejmuje świadczenia będące przedmiotem konkursu;</w:t>
      </w:r>
    </w:p>
    <w:p w14:paraId="523E1D96" w14:textId="77777777" w:rsidR="00C53C04" w:rsidRPr="00D3372F" w:rsidRDefault="0032701C">
      <w:pPr>
        <w:spacing w:after="60"/>
        <w:ind w:left="312" w:hanging="312"/>
        <w:rPr>
          <w:lang w:val="pl-PL"/>
        </w:rPr>
      </w:pPr>
      <w:r w:rsidRPr="00D3372F">
        <w:rPr>
          <w:b/>
          <w:color w:val="6F8F3D"/>
          <w:lang w:val="pl-PL"/>
        </w:rPr>
        <w:t xml:space="preserve">7. </w:t>
      </w:r>
      <w:r w:rsidRPr="00D3372F">
        <w:rPr>
          <w:lang w:val="pl-PL"/>
        </w:rPr>
        <w:t xml:space="preserve">posiadam wymagany wpis do rejestru podmiotów wykonujących działalność leczniczą, odpowiadający zakresowi wykonywanej </w:t>
      </w:r>
      <w:proofErr w:type="gramStart"/>
      <w:r w:rsidRPr="00D3372F">
        <w:rPr>
          <w:lang w:val="pl-PL"/>
        </w:rPr>
        <w:t>działalności,</w:t>
      </w:r>
      <w:proofErr w:type="gramEnd"/>
      <w:r w:rsidRPr="00D3372F">
        <w:rPr>
          <w:lang w:val="pl-PL"/>
        </w:rPr>
        <w:t xml:space="preserve"> albo zobowiązuję się uzyskać i przedłożyć dokument potwierdzający taki wpis najpóźniej przed zawarciem umowy;</w:t>
      </w:r>
    </w:p>
    <w:p w14:paraId="3401E832" w14:textId="77777777" w:rsidR="00C53C04" w:rsidRPr="00D3372F" w:rsidRDefault="0032701C">
      <w:pPr>
        <w:spacing w:after="60"/>
        <w:ind w:left="312" w:hanging="312"/>
        <w:rPr>
          <w:lang w:val="pl-PL"/>
        </w:rPr>
      </w:pPr>
      <w:r w:rsidRPr="00D3372F">
        <w:rPr>
          <w:b/>
          <w:color w:val="6F8F3D"/>
          <w:lang w:val="pl-PL"/>
        </w:rPr>
        <w:t xml:space="preserve">8. </w:t>
      </w:r>
      <w:r w:rsidRPr="00D3372F">
        <w:rPr>
          <w:lang w:val="pl-PL"/>
        </w:rPr>
        <w:t>posiadam pełną zdolność do czynności prawnych i nie jestem pozbawiony/pozbawiona praw publicznych;</w:t>
      </w:r>
    </w:p>
    <w:p w14:paraId="4835A4CC" w14:textId="77777777" w:rsidR="00C53C04" w:rsidRPr="00D3372F" w:rsidRDefault="0032701C">
      <w:pPr>
        <w:spacing w:after="60"/>
        <w:ind w:left="312" w:hanging="312"/>
        <w:rPr>
          <w:lang w:val="pl-PL"/>
        </w:rPr>
      </w:pPr>
      <w:r w:rsidRPr="00D3372F">
        <w:rPr>
          <w:b/>
          <w:color w:val="6F8F3D"/>
          <w:lang w:val="pl-PL"/>
        </w:rPr>
        <w:t xml:space="preserve">9. </w:t>
      </w:r>
      <w:r w:rsidRPr="00D3372F">
        <w:rPr>
          <w:lang w:val="pl-PL"/>
        </w:rPr>
        <w:t>mój stan zdrowia pozwala na osobiste i bezpieczne udzielanie świadczeń objętych konkursem;</w:t>
      </w:r>
    </w:p>
    <w:p w14:paraId="1FCB8722" w14:textId="77777777" w:rsidR="00D3372F" w:rsidRPr="00D3372F" w:rsidRDefault="0032701C" w:rsidP="00D3372F">
      <w:pPr>
        <w:spacing w:after="60"/>
        <w:ind w:left="312" w:hanging="312"/>
        <w:rPr>
          <w:lang w:val="pl-PL"/>
        </w:rPr>
      </w:pPr>
      <w:r w:rsidRPr="00D3372F">
        <w:rPr>
          <w:b/>
          <w:color w:val="6F8F3D"/>
          <w:lang w:val="pl-PL"/>
        </w:rPr>
        <w:t xml:space="preserve">10. </w:t>
      </w:r>
      <w:r w:rsidRPr="00D3372F">
        <w:rPr>
          <w:lang w:val="pl-PL"/>
        </w:rPr>
        <w:t>najpóźniej w dniu rozpoczęcia udzielania świadczeń będę posiadać aktualne badania, szkolenia i inne dokumenty wymagane przepisami prawa oraz zasadami obowiązującymi u Udzielającego Zamówienia;</w:t>
      </w:r>
    </w:p>
    <w:p w14:paraId="64213098" w14:textId="1263F570" w:rsidR="00C53C04" w:rsidRPr="00D3372F" w:rsidRDefault="0032701C" w:rsidP="00D3372F">
      <w:pPr>
        <w:spacing w:after="60"/>
        <w:ind w:left="312" w:hanging="312"/>
        <w:rPr>
          <w:lang w:val="pl-PL"/>
        </w:rPr>
      </w:pPr>
      <w:r w:rsidRPr="00D3372F">
        <w:rPr>
          <w:b/>
          <w:color w:val="6F8F3D"/>
          <w:lang w:val="pl-PL"/>
        </w:rPr>
        <w:t xml:space="preserve">11. </w:t>
      </w:r>
      <w:r w:rsidRPr="00D3372F">
        <w:rPr>
          <w:lang w:val="pl-PL"/>
        </w:rPr>
        <w:t>posiadam ubezpieczenie odpowiedzialności cywilnej obejmujące pełny przedmiot zamówienia, na sumę nie niższą niż wymagana przepisami, albo zobowiązuję się przedłożyć taką polisę przed zawarciem umowy oraz utrzymywać ciągłość ochrony przez cały okres jej obowiązywania;</w:t>
      </w:r>
    </w:p>
    <w:p w14:paraId="68522E21" w14:textId="77777777" w:rsidR="00C53C04" w:rsidRPr="00D3372F" w:rsidRDefault="0032701C">
      <w:pPr>
        <w:spacing w:after="60"/>
        <w:ind w:left="312" w:hanging="312"/>
        <w:rPr>
          <w:lang w:val="pl-PL"/>
        </w:rPr>
      </w:pPr>
      <w:r w:rsidRPr="00D3372F">
        <w:rPr>
          <w:b/>
          <w:color w:val="6F8F3D"/>
          <w:lang w:val="pl-PL"/>
        </w:rPr>
        <w:t xml:space="preserve">12. </w:t>
      </w:r>
      <w:r w:rsidRPr="00D3372F">
        <w:rPr>
          <w:lang w:val="pl-PL"/>
        </w:rPr>
        <w:t>nie zachodzą wobec mnie przeszkody prawne do wykonywania działalności leczniczej ani do pracy z pacjentami, w tym z małoletnimi; jeżeli zakres świadczeń będzie obejmował małoletnich, przed zawarciem umowy i przed dopuszczeniem do takich świadczeń przedłożę dokumenty wymagane przepisami o ochronie małoletnich;</w:t>
      </w:r>
    </w:p>
    <w:p w14:paraId="33C08BF2" w14:textId="77777777" w:rsidR="00C53C04" w:rsidRPr="00D3372F" w:rsidRDefault="0032701C">
      <w:pPr>
        <w:spacing w:after="60"/>
        <w:ind w:left="312" w:hanging="312"/>
        <w:rPr>
          <w:lang w:val="pl-PL"/>
        </w:rPr>
      </w:pPr>
      <w:r w:rsidRPr="00D3372F">
        <w:rPr>
          <w:b/>
          <w:color w:val="6F8F3D"/>
          <w:lang w:val="pl-PL"/>
        </w:rPr>
        <w:t xml:space="preserve">13. </w:t>
      </w:r>
      <w:r w:rsidRPr="00D3372F">
        <w:rPr>
          <w:lang w:val="pl-PL"/>
        </w:rPr>
        <w:t>posiadam umiejętności niezbędne do prowadzenia dokumentacji medycznej i obsługi systemów informatycznych używanych przez Udzielającego Zamówienia albo zobowiązuję się opanować ich obsługę przed rozpoczęciem udzielania świadczeń;</w:t>
      </w:r>
    </w:p>
    <w:p w14:paraId="7CC5823A" w14:textId="77777777" w:rsidR="00C53C04" w:rsidRPr="00D3372F" w:rsidRDefault="0032701C">
      <w:pPr>
        <w:spacing w:after="60"/>
        <w:ind w:left="312" w:hanging="312"/>
        <w:rPr>
          <w:lang w:val="pl-PL"/>
        </w:rPr>
      </w:pPr>
      <w:r w:rsidRPr="00D3372F">
        <w:rPr>
          <w:b/>
          <w:color w:val="6F8F3D"/>
          <w:lang w:val="pl-PL"/>
        </w:rPr>
        <w:t xml:space="preserve">14. </w:t>
      </w:r>
      <w:r w:rsidRPr="00D3372F">
        <w:rPr>
          <w:lang w:val="pl-PL"/>
        </w:rPr>
        <w:t>zapoznałem/zapoznałam się z SWKO, Formularzem ofertowym, Formularzem cenowym oraz projektem umowy, akceptuję ich postanowienia bez zastrzeżeń i zobowiązuję się je wykonywać;</w:t>
      </w:r>
    </w:p>
    <w:p w14:paraId="4021D791" w14:textId="77777777" w:rsidR="00C53C04" w:rsidRPr="00D3372F" w:rsidRDefault="0032701C">
      <w:pPr>
        <w:spacing w:after="60"/>
        <w:ind w:left="312" w:hanging="312"/>
        <w:rPr>
          <w:lang w:val="pl-PL"/>
        </w:rPr>
      </w:pPr>
      <w:r w:rsidRPr="00D3372F">
        <w:rPr>
          <w:b/>
          <w:color w:val="6F8F3D"/>
          <w:lang w:val="pl-PL"/>
        </w:rPr>
        <w:t xml:space="preserve">15. </w:t>
      </w:r>
      <w:r w:rsidRPr="00D3372F">
        <w:rPr>
          <w:lang w:val="pl-PL"/>
        </w:rPr>
        <w:t>będę osobiście wykonywać pełny przedmiot zamówienia, w tym świadczenia fizjoterapeutyczne oraz funkcję koordynatora zespołu fizjoterapeutów, z uwzględnieniem zasad zastępstwa dopuszczonych w umowie;</w:t>
      </w:r>
    </w:p>
    <w:p w14:paraId="6D57B01D" w14:textId="77777777" w:rsidR="00C53C04" w:rsidRPr="00D3372F" w:rsidRDefault="0032701C">
      <w:pPr>
        <w:spacing w:after="60"/>
        <w:ind w:left="312" w:hanging="312"/>
        <w:rPr>
          <w:lang w:val="pl-PL"/>
        </w:rPr>
      </w:pPr>
      <w:r w:rsidRPr="00D3372F">
        <w:rPr>
          <w:b/>
          <w:color w:val="6F8F3D"/>
          <w:lang w:val="pl-PL"/>
        </w:rPr>
        <w:t xml:space="preserve">16. </w:t>
      </w:r>
      <w:r w:rsidRPr="00D3372F">
        <w:rPr>
          <w:lang w:val="pl-PL"/>
        </w:rPr>
        <w:t>dane podane w ofercie oraz załączonych dokumentach są prawdziwe i aktualne; zobowiązuję się niezwłocznie poinformować Udzielającego Zamówienia o każdej zmianie mającej wpływ na spełnianie warunków udziału lub realizację umowy;</w:t>
      </w:r>
    </w:p>
    <w:p w14:paraId="580C2B97" w14:textId="77777777" w:rsidR="00C53C04" w:rsidRPr="00D3372F" w:rsidRDefault="0032701C">
      <w:pPr>
        <w:spacing w:after="60"/>
        <w:ind w:left="312" w:hanging="312"/>
        <w:rPr>
          <w:lang w:val="pl-PL"/>
        </w:rPr>
      </w:pPr>
      <w:r w:rsidRPr="00D3372F">
        <w:rPr>
          <w:b/>
          <w:color w:val="6F8F3D"/>
          <w:lang w:val="pl-PL"/>
        </w:rPr>
        <w:t xml:space="preserve">17. </w:t>
      </w:r>
      <w:r w:rsidRPr="00D3372F">
        <w:rPr>
          <w:lang w:val="pl-PL"/>
        </w:rPr>
        <w:t>wyrażam zgodę na weryfikację spełniania powyższych warunków w rejestrach publicznych oraz u podmiotów, które wystawiły dokumenty dołączone do oferty.</w:t>
      </w:r>
    </w:p>
    <w:p w14:paraId="65F11ECA" w14:textId="77777777" w:rsidR="00C53C04" w:rsidRPr="00D3372F" w:rsidRDefault="0032701C">
      <w:pPr>
        <w:spacing w:before="100"/>
        <w:rPr>
          <w:lang w:val="pl-PL"/>
        </w:rPr>
      </w:pPr>
      <w:r w:rsidRPr="00D3372F">
        <w:rPr>
          <w:i/>
          <w:sz w:val="17"/>
          <w:lang w:val="pl-PL"/>
        </w:rPr>
        <w:t>Przyjmuję do wiadomości, że podanie informacji niezgodnych ze stanem faktycznym może skutkować odrzuceniem oferty, odmową zawarcia umowy albo rozwiązaniem umowy na zasadach określonych w dokumentacji konkursowej i przepisach prawa.</w:t>
      </w:r>
    </w:p>
    <w:tbl>
      <w:tblPr>
        <w:tblW w:w="0" w:type="auto"/>
        <w:jc w:val="center"/>
        <w:tblLayout w:type="fixed"/>
        <w:tblLook w:val="04A0" w:firstRow="1" w:lastRow="0" w:firstColumn="1" w:lastColumn="0" w:noHBand="0" w:noVBand="1"/>
      </w:tblPr>
      <w:tblGrid>
        <w:gridCol w:w="4986"/>
        <w:gridCol w:w="4986"/>
      </w:tblGrid>
      <w:tr w:rsidR="00C53C04" w:rsidRPr="00D3372F" w14:paraId="5D7CFBFB" w14:textId="77777777" w:rsidTr="00A548EF">
        <w:trPr>
          <w:trHeight w:val="863"/>
          <w:jc w:val="center"/>
        </w:trPr>
        <w:tc>
          <w:tcPr>
            <w:tcW w:w="4986" w:type="dxa"/>
            <w:tcMar>
              <w:top w:w="90" w:type="dxa"/>
              <w:left w:w="110" w:type="dxa"/>
              <w:bottom w:w="90" w:type="dxa"/>
              <w:right w:w="110" w:type="dxa"/>
            </w:tcMar>
            <w:vAlign w:val="center"/>
          </w:tcPr>
          <w:p w14:paraId="509C4432" w14:textId="77777777" w:rsidR="00C53C04" w:rsidRPr="00D3372F" w:rsidRDefault="0032701C">
            <w:pPr>
              <w:spacing w:after="0"/>
              <w:rPr>
                <w:lang w:val="pl-PL"/>
              </w:rPr>
            </w:pPr>
            <w:r w:rsidRPr="00D3372F">
              <w:rPr>
                <w:sz w:val="17"/>
                <w:lang w:val="pl-PL"/>
              </w:rPr>
              <w:t>........................................................</w:t>
            </w:r>
            <w:r w:rsidRPr="00D3372F">
              <w:rPr>
                <w:sz w:val="17"/>
                <w:lang w:val="pl-PL"/>
              </w:rPr>
              <w:br/>
              <w:t>(miejscowość i data)</w:t>
            </w:r>
          </w:p>
        </w:tc>
        <w:tc>
          <w:tcPr>
            <w:tcW w:w="4986" w:type="dxa"/>
            <w:tcMar>
              <w:top w:w="90" w:type="dxa"/>
              <w:left w:w="110" w:type="dxa"/>
              <w:bottom w:w="90" w:type="dxa"/>
              <w:right w:w="110" w:type="dxa"/>
            </w:tcMar>
            <w:vAlign w:val="center"/>
          </w:tcPr>
          <w:p w14:paraId="15F119F1" w14:textId="77777777" w:rsidR="00C53C04" w:rsidRPr="00D3372F" w:rsidRDefault="0032701C">
            <w:pPr>
              <w:spacing w:after="0"/>
              <w:rPr>
                <w:lang w:val="pl-PL"/>
              </w:rPr>
            </w:pPr>
            <w:r w:rsidRPr="00D3372F">
              <w:rPr>
                <w:sz w:val="17"/>
                <w:lang w:val="pl-PL"/>
              </w:rPr>
              <w:t>........................................................</w:t>
            </w:r>
            <w:r w:rsidRPr="00D3372F">
              <w:rPr>
                <w:sz w:val="17"/>
                <w:lang w:val="pl-PL"/>
              </w:rPr>
              <w:br/>
              <w:t>(czytelny podpis Oferenta / osoby uprawnionej)</w:t>
            </w:r>
          </w:p>
        </w:tc>
      </w:tr>
    </w:tbl>
    <w:p w14:paraId="1EDBA653" w14:textId="77777777" w:rsidR="0032701C" w:rsidRPr="00D3372F" w:rsidRDefault="0032701C">
      <w:pPr>
        <w:rPr>
          <w:lang w:val="pl-PL"/>
        </w:rPr>
      </w:pPr>
    </w:p>
    <w:sectPr w:rsidR="0032701C" w:rsidRPr="00D3372F" w:rsidSect="00034616">
      <w:headerReference w:type="default" r:id="rId8"/>
      <w:footerReference w:type="default" r:id="rId9"/>
      <w:pgSz w:w="12240" w:h="15840"/>
      <w:pgMar w:top="964" w:right="1134" w:bottom="907" w:left="1134"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05E9A" w14:textId="77777777" w:rsidR="00281F9F" w:rsidRDefault="00281F9F">
      <w:pPr>
        <w:spacing w:after="0" w:line="240" w:lineRule="auto"/>
      </w:pPr>
      <w:r>
        <w:separator/>
      </w:r>
    </w:p>
  </w:endnote>
  <w:endnote w:type="continuationSeparator" w:id="0">
    <w:p w14:paraId="46C7934B" w14:textId="77777777" w:rsidR="00281F9F" w:rsidRDefault="00281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FF34" w14:textId="77777777" w:rsidR="00C53C04" w:rsidRPr="00A548EF" w:rsidRDefault="0032701C" w:rsidP="00A548EF">
    <w:pPr>
      <w:pStyle w:val="Stopka"/>
      <w:pBdr>
        <w:top w:val="single" w:sz="4" w:space="1" w:color="auto"/>
      </w:pBdr>
      <w:jc w:val="center"/>
      <w:rPr>
        <w:lang w:val="pl-PL"/>
      </w:rPr>
    </w:pPr>
    <w:r w:rsidRPr="00A548EF">
      <w:rPr>
        <w:color w:val="666666"/>
        <w:sz w:val="15"/>
        <w:lang w:val="pl-PL"/>
      </w:rPr>
      <w:t xml:space="preserve">Zespół Opieki Zdrowotnej w Nidzicy  •  6/F/2026  •  strona </w:t>
    </w:r>
    <w:r w:rsidRPr="00A548EF">
      <w:rPr>
        <w:lang w:val="pl-PL"/>
      </w:rPr>
      <w:fldChar w:fldCharType="begin"/>
    </w:r>
    <w:r w:rsidRPr="00A548EF">
      <w:rPr>
        <w:lang w:val="pl-PL"/>
      </w:rPr>
      <w:instrText>PAGE</w:instrText>
    </w:r>
    <w:r w:rsidRPr="00A548EF">
      <w:rPr>
        <w:lang w:val="pl-PL"/>
      </w:rPr>
      <w:fldChar w:fldCharType="separate"/>
    </w:r>
    <w:r w:rsidR="00275134" w:rsidRPr="00A548EF">
      <w:rPr>
        <w:noProof/>
        <w:lang w:val="pl-PL"/>
      </w:rPr>
      <w:t>1</w:t>
    </w:r>
    <w:r w:rsidRPr="00A548EF">
      <w:rPr>
        <w:lang w:val="pl-P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77FFB" w14:textId="77777777" w:rsidR="00281F9F" w:rsidRDefault="00281F9F">
      <w:pPr>
        <w:spacing w:after="0" w:line="240" w:lineRule="auto"/>
      </w:pPr>
      <w:r>
        <w:separator/>
      </w:r>
    </w:p>
  </w:footnote>
  <w:footnote w:type="continuationSeparator" w:id="0">
    <w:p w14:paraId="09C10935" w14:textId="77777777" w:rsidR="00281F9F" w:rsidRDefault="00281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3E666" w14:textId="77777777" w:rsidR="00C53C04" w:rsidRDefault="0032701C">
    <w:pPr>
      <w:pStyle w:val="Nagwek"/>
      <w:pBdr>
        <w:bottom w:val="single" w:sz="6" w:space="1" w:color="6F8F3D"/>
      </w:pBdr>
      <w:jc w:val="right"/>
    </w:pPr>
    <w:proofErr w:type="spellStart"/>
    <w:r>
      <w:rPr>
        <w:color w:val="666666"/>
        <w:sz w:val="16"/>
      </w:rPr>
      <w:t>Załącznik</w:t>
    </w:r>
    <w:proofErr w:type="spellEnd"/>
    <w:r>
      <w:rPr>
        <w:color w:val="666666"/>
        <w:sz w:val="16"/>
      </w:rPr>
      <w:t xml:space="preserve"> nr 2 do </w:t>
    </w:r>
    <w:proofErr w:type="gramStart"/>
    <w:r>
      <w:rPr>
        <w:color w:val="666666"/>
        <w:sz w:val="16"/>
      </w:rPr>
      <w:t>SWKO  |</w:t>
    </w:r>
    <w:proofErr w:type="gramEnd"/>
    <w:r>
      <w:rPr>
        <w:color w:val="666666"/>
        <w:sz w:val="16"/>
      </w:rPr>
      <w:t xml:space="preserve">  </w:t>
    </w:r>
    <w:proofErr w:type="spellStart"/>
    <w:r>
      <w:rPr>
        <w:color w:val="666666"/>
        <w:sz w:val="16"/>
      </w:rPr>
      <w:t>znak</w:t>
    </w:r>
    <w:proofErr w:type="spellEnd"/>
    <w:r>
      <w:rPr>
        <w:color w:val="666666"/>
        <w:sz w:val="16"/>
      </w:rPr>
      <w:t xml:space="preserve"> sprawy: 6/F/2026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146892057">
    <w:abstractNumId w:val="8"/>
  </w:num>
  <w:num w:numId="2" w16cid:durableId="599218454">
    <w:abstractNumId w:val="6"/>
  </w:num>
  <w:num w:numId="3" w16cid:durableId="1440881013">
    <w:abstractNumId w:val="5"/>
  </w:num>
  <w:num w:numId="4" w16cid:durableId="1797750492">
    <w:abstractNumId w:val="4"/>
  </w:num>
  <w:num w:numId="5" w16cid:durableId="213582549">
    <w:abstractNumId w:val="7"/>
  </w:num>
  <w:num w:numId="6" w16cid:durableId="409890547">
    <w:abstractNumId w:val="3"/>
  </w:num>
  <w:num w:numId="7" w16cid:durableId="917053340">
    <w:abstractNumId w:val="2"/>
  </w:num>
  <w:num w:numId="8" w16cid:durableId="337005362">
    <w:abstractNumId w:val="1"/>
  </w:num>
  <w:num w:numId="9" w16cid:durableId="857037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1C53"/>
    <w:rsid w:val="00275134"/>
    <w:rsid w:val="00281F9F"/>
    <w:rsid w:val="0029639D"/>
    <w:rsid w:val="00326F90"/>
    <w:rsid w:val="0032701C"/>
    <w:rsid w:val="00A548EF"/>
    <w:rsid w:val="00AA1D8D"/>
    <w:rsid w:val="00B47730"/>
    <w:rsid w:val="00C53C04"/>
    <w:rsid w:val="00CB0664"/>
    <w:rsid w:val="00D337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6DEDF"/>
  <w14:defaultImageDpi w14:val="300"/>
  <w15:docId w15:val="{C61880D0-286E-4F78-BA09-254383621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line="250" w:lineRule="auto"/>
    </w:pPr>
    <w:rPr>
      <w:rFonts w:ascii="Arial" w:hAnsi="Arial"/>
      <w:sz w:val="19"/>
    </w:rPr>
  </w:style>
  <w:style w:type="paragraph" w:styleId="Nagwek1">
    <w:name w:val="heading 1"/>
    <w:basedOn w:val="Normalny"/>
    <w:next w:val="Normalny"/>
    <w:link w:val="Nagwek1Znak"/>
    <w:uiPriority w:val="9"/>
    <w:qFormat/>
    <w:rsid w:val="00FC693F"/>
    <w:pPr>
      <w:keepNext/>
      <w:keepLines/>
      <w:spacing w:before="140"/>
      <w:outlineLvl w:val="0"/>
    </w:pPr>
    <w:rPr>
      <w:rFonts w:asciiTheme="majorHAnsi" w:eastAsiaTheme="majorEastAsia" w:hAnsiTheme="majorHAnsi" w:cstheme="majorBidi"/>
      <w:b/>
      <w:bCs/>
      <w:color w:val="6F8F3D"/>
      <w:sz w:val="22"/>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6F8F3D"/>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6F8F3D"/>
      <w:spacing w:val="5"/>
      <w:kern w:val="28"/>
      <w:sz w:val="3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457</Words>
  <Characters>3598</Characters>
  <Application>Microsoft Office Word</Application>
  <DocSecurity>0</DocSecurity>
  <Lines>52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Lucyna Brejnak</cp:lastModifiedBy>
  <cp:revision>4</cp:revision>
  <dcterms:created xsi:type="dcterms:W3CDTF">2026-09-22T07:48:00Z</dcterms:created>
  <dcterms:modified xsi:type="dcterms:W3CDTF">2026-09-22T10:04:00Z</dcterms:modified>
  <cp:category/>
</cp:coreProperties>
</file>