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C51D7" w14:textId="77777777" w:rsidR="005C435C" w:rsidRDefault="008B28C2">
      <w:pPr>
        <w:spacing w:after="40"/>
        <w:jc w:val="center"/>
      </w:pPr>
      <w:r>
        <w:rPr>
          <w:b/>
          <w:color w:val="6F8F3D"/>
          <w:sz w:val="28"/>
        </w:rPr>
        <w:t>WYKAZ DOŚWIADCZENIA ZAWODOWEGO</w:t>
      </w:r>
      <w:r>
        <w:rPr>
          <w:b/>
          <w:color w:val="6F8F3D"/>
          <w:sz w:val="28"/>
        </w:rPr>
        <w:br/>
        <w:t>I DOŚWIADCZENIA W KOORDYNOWANIU ZESPOŁU</w:t>
      </w:r>
    </w:p>
    <w:p w14:paraId="61BC59A1" w14:textId="77777777" w:rsidR="005C435C" w:rsidRDefault="008B28C2">
      <w:pPr>
        <w:spacing w:after="140"/>
        <w:jc w:val="center"/>
      </w:pPr>
      <w:r>
        <w:rPr>
          <w:b/>
          <w:sz w:val="19"/>
        </w:rPr>
        <w:t>Konkurs ofert na udzielanie świadczeń zdrowotnych przez fizjoterapeutę</w:t>
      </w:r>
      <w:r>
        <w:rPr>
          <w:b/>
          <w:sz w:val="19"/>
        </w:rPr>
        <w:br/>
        <w:t>z funkcją koordynatora zespołu fizjoterapeutów</w:t>
      </w:r>
    </w:p>
    <w:tbl>
      <w:tblPr>
        <w:tblW w:w="0" w:type="auto"/>
        <w:jc w:val="center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93"/>
      </w:tblGrid>
      <w:tr w:rsidR="005C435C" w14:paraId="4F7BBDC8" w14:textId="77777777">
        <w:trPr>
          <w:jc w:val="center"/>
        </w:trPr>
        <w:tc>
          <w:tcPr>
            <w:tcW w:w="2835" w:type="dxa"/>
            <w:shd w:val="clear" w:color="auto" w:fill="EAF1D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C772FF" w14:textId="77777777" w:rsidR="005C435C" w:rsidRDefault="008B28C2">
            <w:pPr>
              <w:spacing w:after="0"/>
            </w:pPr>
            <w:r>
              <w:rPr>
                <w:b/>
                <w:color w:val="6F8F3D"/>
                <w:sz w:val="17"/>
              </w:rPr>
              <w:t>Imię i nazwisko Oferenta</w:t>
            </w:r>
          </w:p>
        </w:tc>
        <w:tc>
          <w:tcPr>
            <w:tcW w:w="629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935DA1" w14:textId="77777777" w:rsidR="005C435C" w:rsidRDefault="008B28C2">
            <w:pPr>
              <w:spacing w:after="0"/>
            </w:pPr>
            <w:r>
              <w:rPr>
                <w:color w:val="000000"/>
              </w:rPr>
              <w:t>................................................................................................</w:t>
            </w:r>
          </w:p>
        </w:tc>
      </w:tr>
      <w:tr w:rsidR="005C435C" w14:paraId="0E5E7D3D" w14:textId="77777777">
        <w:trPr>
          <w:jc w:val="center"/>
        </w:trPr>
        <w:tc>
          <w:tcPr>
            <w:tcW w:w="2835" w:type="dxa"/>
            <w:shd w:val="clear" w:color="auto" w:fill="EAF1D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2C88C2" w14:textId="77777777" w:rsidR="005C435C" w:rsidRDefault="008B28C2">
            <w:pPr>
              <w:spacing w:after="0"/>
            </w:pPr>
            <w:r>
              <w:rPr>
                <w:b/>
                <w:color w:val="6F8F3D"/>
                <w:sz w:val="17"/>
              </w:rPr>
              <w:t>Firma / NIP</w:t>
            </w:r>
          </w:p>
        </w:tc>
        <w:tc>
          <w:tcPr>
            <w:tcW w:w="629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8751EC" w14:textId="77777777" w:rsidR="005C435C" w:rsidRDefault="008B28C2">
            <w:pPr>
              <w:spacing w:after="0"/>
            </w:pPr>
            <w:r>
              <w:rPr>
                <w:color w:val="000000"/>
              </w:rPr>
              <w:t>................................................................................................</w:t>
            </w:r>
          </w:p>
        </w:tc>
      </w:tr>
    </w:tbl>
    <w:p w14:paraId="59F750F8" w14:textId="77777777" w:rsidR="005C435C" w:rsidRDefault="008B28C2">
      <w:pPr>
        <w:spacing w:before="100"/>
      </w:pPr>
      <w:r>
        <w:rPr>
          <w:b/>
          <w:color w:val="6F8F3D"/>
          <w:sz w:val="22"/>
        </w:rPr>
        <w:t>I. Doświadczenie w wykonywaniu zawodu fizjoterapeuty D1</w:t>
      </w:r>
    </w:p>
    <w:p w14:paraId="7FEA22B1" w14:textId="77777777" w:rsidR="005C435C" w:rsidRDefault="008B28C2">
      <w:pPr>
        <w:spacing w:after="100"/>
      </w:pPr>
      <w:r>
        <w:t>Należy wykazać okresy osobistego wykonywania świadczeń zdrowotnych w zawodzie fizjoterapeuty. Minimalny warunek udziału wynosi 3 lata. Punktacja: od 3 do poniżej 5 lat – 0 pkt; od 5 do poniżej 10 lat – 5 pkt; 10 lat i więcej – 10 pkt.</w:t>
      </w:r>
    </w:p>
    <w:tbl>
      <w:tblPr>
        <w:tblW w:w="0" w:type="auto"/>
        <w:jc w:val="center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1899"/>
        <w:gridCol w:w="1332"/>
        <w:gridCol w:w="879"/>
        <w:gridCol w:w="2636"/>
        <w:gridCol w:w="2013"/>
      </w:tblGrid>
      <w:tr w:rsidR="005C435C" w14:paraId="64D9862C" w14:textId="77777777">
        <w:trPr>
          <w:tblHeader/>
          <w:jc w:val="center"/>
        </w:trPr>
        <w:tc>
          <w:tcPr>
            <w:tcW w:w="397" w:type="dxa"/>
            <w:shd w:val="clear" w:color="auto" w:fill="6F8F3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41D005" w14:textId="77777777" w:rsidR="005C435C" w:rsidRDefault="008B28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Lp.</w:t>
            </w:r>
          </w:p>
        </w:tc>
        <w:tc>
          <w:tcPr>
            <w:tcW w:w="1899" w:type="dxa"/>
            <w:shd w:val="clear" w:color="auto" w:fill="6F8F3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D6230F" w14:textId="77777777" w:rsidR="005C435C" w:rsidRDefault="008B28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Podmiot, na rzecz którego wykonywano świadczenia lub czynności</w:t>
            </w:r>
          </w:p>
        </w:tc>
        <w:tc>
          <w:tcPr>
            <w:tcW w:w="1332" w:type="dxa"/>
            <w:shd w:val="clear" w:color="auto" w:fill="6F8F3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0BEF15" w14:textId="77777777" w:rsidR="005C435C" w:rsidRDefault="008B28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Okres</w:t>
            </w:r>
            <w:r>
              <w:rPr>
                <w:b/>
                <w:color w:val="FFFFFF"/>
                <w:sz w:val="15"/>
              </w:rPr>
              <w:br/>
              <w:t>od–do</w:t>
            </w:r>
          </w:p>
        </w:tc>
        <w:tc>
          <w:tcPr>
            <w:tcW w:w="879" w:type="dxa"/>
            <w:shd w:val="clear" w:color="auto" w:fill="6F8F3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DFE38E" w14:textId="77777777" w:rsidR="005C435C" w:rsidRDefault="008B28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Liczba pełnych miesięcy</w:t>
            </w:r>
          </w:p>
        </w:tc>
        <w:tc>
          <w:tcPr>
            <w:tcW w:w="2636" w:type="dxa"/>
            <w:shd w:val="clear" w:color="auto" w:fill="6F8F3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2979C8" w14:textId="77777777" w:rsidR="005C435C" w:rsidRDefault="008B28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Rodzaj świadczeń lub zakres czynności</w:t>
            </w:r>
          </w:p>
        </w:tc>
        <w:tc>
          <w:tcPr>
            <w:tcW w:w="2013" w:type="dxa"/>
            <w:shd w:val="clear" w:color="auto" w:fill="6F8F3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31B42A" w14:textId="77777777" w:rsidR="005C435C" w:rsidRDefault="008B28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Dokument potwierdzający</w:t>
            </w:r>
          </w:p>
        </w:tc>
      </w:tr>
      <w:tr w:rsidR="005C435C" w14:paraId="5F33D6FE" w14:textId="77777777">
        <w:trPr>
          <w:trHeight w:val="760"/>
          <w:jc w:val="center"/>
        </w:trPr>
        <w:tc>
          <w:tcPr>
            <w:tcW w:w="397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FD3ACD" w14:textId="77777777" w:rsidR="005C435C" w:rsidRDefault="008B28C2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89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C584C5" w14:textId="77777777" w:rsidR="005C435C" w:rsidRDefault="005C435C">
            <w:pPr>
              <w:spacing w:after="0"/>
            </w:pPr>
          </w:p>
        </w:tc>
        <w:tc>
          <w:tcPr>
            <w:tcW w:w="133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83392E" w14:textId="77777777" w:rsidR="005C435C" w:rsidRDefault="005C435C">
            <w:pPr>
              <w:spacing w:after="0"/>
              <w:jc w:val="center"/>
            </w:pPr>
          </w:p>
        </w:tc>
        <w:tc>
          <w:tcPr>
            <w:tcW w:w="87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357BB9" w14:textId="77777777" w:rsidR="005C435C" w:rsidRDefault="005C435C">
            <w:pPr>
              <w:spacing w:after="0"/>
              <w:jc w:val="center"/>
            </w:pPr>
          </w:p>
        </w:tc>
        <w:tc>
          <w:tcPr>
            <w:tcW w:w="263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D80BCB" w14:textId="77777777" w:rsidR="005C435C" w:rsidRDefault="005C435C">
            <w:pPr>
              <w:spacing w:after="0"/>
            </w:pPr>
          </w:p>
        </w:tc>
        <w:tc>
          <w:tcPr>
            <w:tcW w:w="201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4975AA" w14:textId="77777777" w:rsidR="005C435C" w:rsidRDefault="005C435C">
            <w:pPr>
              <w:spacing w:after="0"/>
            </w:pPr>
          </w:p>
        </w:tc>
      </w:tr>
      <w:tr w:rsidR="005C435C" w14:paraId="4587DC89" w14:textId="77777777">
        <w:trPr>
          <w:trHeight w:val="760"/>
          <w:jc w:val="center"/>
        </w:trPr>
        <w:tc>
          <w:tcPr>
            <w:tcW w:w="397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CBBF1D" w14:textId="77777777" w:rsidR="005C435C" w:rsidRDefault="008B28C2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</w:t>
            </w:r>
          </w:p>
        </w:tc>
        <w:tc>
          <w:tcPr>
            <w:tcW w:w="189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6FAA81" w14:textId="77777777" w:rsidR="005C435C" w:rsidRDefault="005C435C">
            <w:pPr>
              <w:spacing w:after="0"/>
            </w:pPr>
          </w:p>
        </w:tc>
        <w:tc>
          <w:tcPr>
            <w:tcW w:w="133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ECF113" w14:textId="77777777" w:rsidR="005C435C" w:rsidRDefault="005C435C">
            <w:pPr>
              <w:spacing w:after="0"/>
              <w:jc w:val="center"/>
            </w:pPr>
          </w:p>
        </w:tc>
        <w:tc>
          <w:tcPr>
            <w:tcW w:w="87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E95A6B" w14:textId="77777777" w:rsidR="005C435C" w:rsidRDefault="005C435C">
            <w:pPr>
              <w:spacing w:after="0"/>
              <w:jc w:val="center"/>
            </w:pPr>
          </w:p>
        </w:tc>
        <w:tc>
          <w:tcPr>
            <w:tcW w:w="263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3E7FBA" w14:textId="77777777" w:rsidR="005C435C" w:rsidRDefault="005C435C">
            <w:pPr>
              <w:spacing w:after="0"/>
            </w:pPr>
          </w:p>
        </w:tc>
        <w:tc>
          <w:tcPr>
            <w:tcW w:w="201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B70000" w14:textId="77777777" w:rsidR="005C435C" w:rsidRDefault="005C435C">
            <w:pPr>
              <w:spacing w:after="0"/>
            </w:pPr>
          </w:p>
        </w:tc>
      </w:tr>
      <w:tr w:rsidR="005C435C" w14:paraId="5149202A" w14:textId="77777777">
        <w:trPr>
          <w:trHeight w:val="760"/>
          <w:jc w:val="center"/>
        </w:trPr>
        <w:tc>
          <w:tcPr>
            <w:tcW w:w="397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245A20" w14:textId="77777777" w:rsidR="005C435C" w:rsidRDefault="008B28C2">
            <w:pPr>
              <w:spacing w:after="0"/>
              <w:jc w:val="center"/>
            </w:pPr>
            <w:r>
              <w:rPr>
                <w:color w:val="000000"/>
                <w:sz w:val="16"/>
              </w:rPr>
              <w:t>3</w:t>
            </w:r>
          </w:p>
        </w:tc>
        <w:tc>
          <w:tcPr>
            <w:tcW w:w="189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A235BE" w14:textId="77777777" w:rsidR="005C435C" w:rsidRDefault="005C435C">
            <w:pPr>
              <w:spacing w:after="0"/>
            </w:pPr>
          </w:p>
        </w:tc>
        <w:tc>
          <w:tcPr>
            <w:tcW w:w="133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F4BC19" w14:textId="77777777" w:rsidR="005C435C" w:rsidRDefault="005C435C">
            <w:pPr>
              <w:spacing w:after="0"/>
              <w:jc w:val="center"/>
            </w:pPr>
          </w:p>
        </w:tc>
        <w:tc>
          <w:tcPr>
            <w:tcW w:w="87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9E0F182" w14:textId="77777777" w:rsidR="005C435C" w:rsidRDefault="005C435C">
            <w:pPr>
              <w:spacing w:after="0"/>
              <w:jc w:val="center"/>
            </w:pPr>
          </w:p>
        </w:tc>
        <w:tc>
          <w:tcPr>
            <w:tcW w:w="263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9DEDC1" w14:textId="77777777" w:rsidR="005C435C" w:rsidRDefault="005C435C">
            <w:pPr>
              <w:spacing w:after="0"/>
            </w:pPr>
          </w:p>
        </w:tc>
        <w:tc>
          <w:tcPr>
            <w:tcW w:w="201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B6E3AD" w14:textId="77777777" w:rsidR="005C435C" w:rsidRDefault="005C435C">
            <w:pPr>
              <w:spacing w:after="0"/>
            </w:pPr>
          </w:p>
        </w:tc>
      </w:tr>
      <w:tr w:rsidR="005C435C" w14:paraId="2AC890B7" w14:textId="77777777">
        <w:trPr>
          <w:trHeight w:val="760"/>
          <w:jc w:val="center"/>
        </w:trPr>
        <w:tc>
          <w:tcPr>
            <w:tcW w:w="397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63CD8F" w14:textId="77777777" w:rsidR="005C435C" w:rsidRDefault="008B28C2">
            <w:pPr>
              <w:spacing w:after="0"/>
              <w:jc w:val="center"/>
            </w:pPr>
            <w:r>
              <w:rPr>
                <w:color w:val="000000"/>
                <w:sz w:val="16"/>
              </w:rPr>
              <w:t>4</w:t>
            </w:r>
          </w:p>
        </w:tc>
        <w:tc>
          <w:tcPr>
            <w:tcW w:w="189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D1F323" w14:textId="77777777" w:rsidR="005C435C" w:rsidRDefault="005C435C">
            <w:pPr>
              <w:spacing w:after="0"/>
            </w:pPr>
          </w:p>
        </w:tc>
        <w:tc>
          <w:tcPr>
            <w:tcW w:w="133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698039" w14:textId="77777777" w:rsidR="005C435C" w:rsidRDefault="005C435C">
            <w:pPr>
              <w:spacing w:after="0"/>
              <w:jc w:val="center"/>
            </w:pPr>
          </w:p>
        </w:tc>
        <w:tc>
          <w:tcPr>
            <w:tcW w:w="87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68E3F2" w14:textId="77777777" w:rsidR="005C435C" w:rsidRDefault="005C435C">
            <w:pPr>
              <w:spacing w:after="0"/>
              <w:jc w:val="center"/>
            </w:pPr>
          </w:p>
        </w:tc>
        <w:tc>
          <w:tcPr>
            <w:tcW w:w="263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FDA192" w14:textId="77777777" w:rsidR="005C435C" w:rsidRDefault="005C435C">
            <w:pPr>
              <w:spacing w:after="0"/>
            </w:pPr>
          </w:p>
        </w:tc>
        <w:tc>
          <w:tcPr>
            <w:tcW w:w="201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2C0BAB" w14:textId="77777777" w:rsidR="005C435C" w:rsidRDefault="005C435C">
            <w:pPr>
              <w:spacing w:after="0"/>
            </w:pPr>
          </w:p>
        </w:tc>
      </w:tr>
      <w:tr w:rsidR="005C435C" w14:paraId="1A60D2F3" w14:textId="77777777">
        <w:trPr>
          <w:trHeight w:val="760"/>
          <w:jc w:val="center"/>
        </w:trPr>
        <w:tc>
          <w:tcPr>
            <w:tcW w:w="397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647E0A" w14:textId="77777777" w:rsidR="005C435C" w:rsidRDefault="008B28C2">
            <w:pPr>
              <w:spacing w:after="0"/>
              <w:jc w:val="center"/>
            </w:pPr>
            <w:r>
              <w:rPr>
                <w:color w:val="000000"/>
                <w:sz w:val="16"/>
              </w:rPr>
              <w:t>5</w:t>
            </w:r>
          </w:p>
        </w:tc>
        <w:tc>
          <w:tcPr>
            <w:tcW w:w="189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44435E" w14:textId="77777777" w:rsidR="005C435C" w:rsidRDefault="005C435C">
            <w:pPr>
              <w:spacing w:after="0"/>
            </w:pPr>
          </w:p>
        </w:tc>
        <w:tc>
          <w:tcPr>
            <w:tcW w:w="133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D918D6" w14:textId="77777777" w:rsidR="005C435C" w:rsidRDefault="005C435C">
            <w:pPr>
              <w:spacing w:after="0"/>
              <w:jc w:val="center"/>
            </w:pPr>
          </w:p>
        </w:tc>
        <w:tc>
          <w:tcPr>
            <w:tcW w:w="87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9A7940" w14:textId="77777777" w:rsidR="005C435C" w:rsidRDefault="005C435C">
            <w:pPr>
              <w:spacing w:after="0"/>
              <w:jc w:val="center"/>
            </w:pPr>
          </w:p>
        </w:tc>
        <w:tc>
          <w:tcPr>
            <w:tcW w:w="263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2A45DE" w14:textId="77777777" w:rsidR="005C435C" w:rsidRDefault="005C435C">
            <w:pPr>
              <w:spacing w:after="0"/>
            </w:pPr>
          </w:p>
        </w:tc>
        <w:tc>
          <w:tcPr>
            <w:tcW w:w="201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C749A4" w14:textId="77777777" w:rsidR="005C435C" w:rsidRDefault="005C435C">
            <w:pPr>
              <w:spacing w:after="0"/>
            </w:pPr>
          </w:p>
        </w:tc>
      </w:tr>
    </w:tbl>
    <w:p w14:paraId="0F897ADD" w14:textId="77777777" w:rsidR="005C435C" w:rsidRDefault="008B28C2">
      <w:pPr>
        <w:spacing w:before="100"/>
      </w:pPr>
      <w:r>
        <w:rPr>
          <w:b/>
        </w:rPr>
        <w:t>Łączny okres doświadczenia D1: ............... lat ............... miesięcy.   Liczba punktów (wypełnia Komisja): ............... / 10 pkt</w:t>
      </w:r>
    </w:p>
    <w:p w14:paraId="283B27CF" w14:textId="77777777" w:rsidR="005C435C" w:rsidRDefault="008B28C2">
      <w:r>
        <w:br w:type="page"/>
      </w:r>
    </w:p>
    <w:p w14:paraId="0072FA88" w14:textId="77777777" w:rsidR="005C435C" w:rsidRDefault="008B28C2">
      <w:pPr>
        <w:spacing w:before="100"/>
      </w:pPr>
      <w:r>
        <w:rPr>
          <w:b/>
          <w:color w:val="6F8F3D"/>
          <w:sz w:val="22"/>
        </w:rPr>
        <w:lastRenderedPageBreak/>
        <w:t>II. Doświadczenie w koordynowaniu zespołu D2</w:t>
      </w:r>
    </w:p>
    <w:p w14:paraId="5601EE13" w14:textId="77777777" w:rsidR="005C435C" w:rsidRDefault="008B28C2">
      <w:pPr>
        <w:spacing w:after="100"/>
      </w:pPr>
      <w:r>
        <w:t>Należy wykazać okresy wykonywania czynności polegających na koordynowaniu, organizowaniu albo nadzorowaniu pracy zespołu fizjoterapeutów lub zespołu realizującego świadczenia rehabilitacyjne. Minimalny warunek udziału wynosi 6 miesięcy. Punktacja: od 6 miesięcy do poniżej 2 lat – 0 pkt; od 2 do poniżej 5 lat – 5 pkt; 5 lat i więcej – 10 pkt.</w:t>
      </w:r>
    </w:p>
    <w:tbl>
      <w:tblPr>
        <w:tblW w:w="0" w:type="auto"/>
        <w:jc w:val="center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1899"/>
        <w:gridCol w:w="1332"/>
        <w:gridCol w:w="879"/>
        <w:gridCol w:w="2636"/>
        <w:gridCol w:w="2013"/>
      </w:tblGrid>
      <w:tr w:rsidR="005C435C" w14:paraId="0C59911F" w14:textId="77777777">
        <w:trPr>
          <w:tblHeader/>
          <w:jc w:val="center"/>
        </w:trPr>
        <w:tc>
          <w:tcPr>
            <w:tcW w:w="397" w:type="dxa"/>
            <w:shd w:val="clear" w:color="auto" w:fill="6F8F3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17315D" w14:textId="77777777" w:rsidR="005C435C" w:rsidRDefault="008B28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Lp.</w:t>
            </w:r>
          </w:p>
        </w:tc>
        <w:tc>
          <w:tcPr>
            <w:tcW w:w="1899" w:type="dxa"/>
            <w:shd w:val="clear" w:color="auto" w:fill="6F8F3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CD6F49" w14:textId="77777777" w:rsidR="005C435C" w:rsidRDefault="008B28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Podmiot, na rzecz którego wykonywano świadczenia lub czynności</w:t>
            </w:r>
          </w:p>
        </w:tc>
        <w:tc>
          <w:tcPr>
            <w:tcW w:w="1332" w:type="dxa"/>
            <w:shd w:val="clear" w:color="auto" w:fill="6F8F3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332DB2" w14:textId="77777777" w:rsidR="005C435C" w:rsidRDefault="008B28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Okres</w:t>
            </w:r>
            <w:r>
              <w:rPr>
                <w:b/>
                <w:color w:val="FFFFFF"/>
                <w:sz w:val="15"/>
              </w:rPr>
              <w:br/>
              <w:t>od–do</w:t>
            </w:r>
          </w:p>
        </w:tc>
        <w:tc>
          <w:tcPr>
            <w:tcW w:w="879" w:type="dxa"/>
            <w:shd w:val="clear" w:color="auto" w:fill="6F8F3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6CC7E6" w14:textId="77777777" w:rsidR="005C435C" w:rsidRDefault="008B28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Liczba pełnych miesięcy</w:t>
            </w:r>
          </w:p>
        </w:tc>
        <w:tc>
          <w:tcPr>
            <w:tcW w:w="2636" w:type="dxa"/>
            <w:shd w:val="clear" w:color="auto" w:fill="6F8F3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3DB246" w14:textId="77777777" w:rsidR="005C435C" w:rsidRDefault="008B28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Rodzaj świadczeń lub zakres czynności</w:t>
            </w:r>
          </w:p>
        </w:tc>
        <w:tc>
          <w:tcPr>
            <w:tcW w:w="2013" w:type="dxa"/>
            <w:shd w:val="clear" w:color="auto" w:fill="6F8F3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ECFAAD" w14:textId="77777777" w:rsidR="005C435C" w:rsidRDefault="008B28C2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Dokument potwierdzający</w:t>
            </w:r>
          </w:p>
        </w:tc>
      </w:tr>
      <w:tr w:rsidR="005C435C" w14:paraId="6E38CA9B" w14:textId="77777777">
        <w:trPr>
          <w:trHeight w:val="760"/>
          <w:jc w:val="center"/>
        </w:trPr>
        <w:tc>
          <w:tcPr>
            <w:tcW w:w="397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2116AB" w14:textId="77777777" w:rsidR="005C435C" w:rsidRDefault="008B28C2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89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6F981C" w14:textId="77777777" w:rsidR="005C435C" w:rsidRDefault="005C435C">
            <w:pPr>
              <w:spacing w:after="0"/>
            </w:pPr>
          </w:p>
        </w:tc>
        <w:tc>
          <w:tcPr>
            <w:tcW w:w="133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2B128F" w14:textId="77777777" w:rsidR="005C435C" w:rsidRDefault="005C435C">
            <w:pPr>
              <w:spacing w:after="0"/>
              <w:jc w:val="center"/>
            </w:pPr>
          </w:p>
        </w:tc>
        <w:tc>
          <w:tcPr>
            <w:tcW w:w="87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73CE1F" w14:textId="77777777" w:rsidR="005C435C" w:rsidRDefault="005C435C">
            <w:pPr>
              <w:spacing w:after="0"/>
              <w:jc w:val="center"/>
            </w:pPr>
          </w:p>
        </w:tc>
        <w:tc>
          <w:tcPr>
            <w:tcW w:w="263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B72A63" w14:textId="77777777" w:rsidR="005C435C" w:rsidRDefault="005C435C">
            <w:pPr>
              <w:spacing w:after="0"/>
            </w:pPr>
          </w:p>
        </w:tc>
        <w:tc>
          <w:tcPr>
            <w:tcW w:w="201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E221D6" w14:textId="77777777" w:rsidR="005C435C" w:rsidRDefault="005C435C">
            <w:pPr>
              <w:spacing w:after="0"/>
            </w:pPr>
          </w:p>
        </w:tc>
      </w:tr>
      <w:tr w:rsidR="005C435C" w14:paraId="5275FB17" w14:textId="77777777">
        <w:trPr>
          <w:trHeight w:val="760"/>
          <w:jc w:val="center"/>
        </w:trPr>
        <w:tc>
          <w:tcPr>
            <w:tcW w:w="397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C1A189" w14:textId="77777777" w:rsidR="005C435C" w:rsidRDefault="008B28C2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</w:t>
            </w:r>
          </w:p>
        </w:tc>
        <w:tc>
          <w:tcPr>
            <w:tcW w:w="189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5EB6C0" w14:textId="77777777" w:rsidR="005C435C" w:rsidRDefault="005C435C">
            <w:pPr>
              <w:spacing w:after="0"/>
            </w:pPr>
          </w:p>
        </w:tc>
        <w:tc>
          <w:tcPr>
            <w:tcW w:w="133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959D24" w14:textId="77777777" w:rsidR="005C435C" w:rsidRDefault="005C435C">
            <w:pPr>
              <w:spacing w:after="0"/>
              <w:jc w:val="center"/>
            </w:pPr>
          </w:p>
        </w:tc>
        <w:tc>
          <w:tcPr>
            <w:tcW w:w="87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BA7386" w14:textId="77777777" w:rsidR="005C435C" w:rsidRDefault="005C435C">
            <w:pPr>
              <w:spacing w:after="0"/>
              <w:jc w:val="center"/>
            </w:pPr>
          </w:p>
        </w:tc>
        <w:tc>
          <w:tcPr>
            <w:tcW w:w="263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EEC8DB" w14:textId="77777777" w:rsidR="005C435C" w:rsidRDefault="005C435C">
            <w:pPr>
              <w:spacing w:after="0"/>
            </w:pPr>
          </w:p>
        </w:tc>
        <w:tc>
          <w:tcPr>
            <w:tcW w:w="201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9C1F9E" w14:textId="77777777" w:rsidR="005C435C" w:rsidRDefault="005C435C">
            <w:pPr>
              <w:spacing w:after="0"/>
            </w:pPr>
          </w:p>
        </w:tc>
      </w:tr>
      <w:tr w:rsidR="005C435C" w14:paraId="04D011A2" w14:textId="77777777">
        <w:trPr>
          <w:trHeight w:val="760"/>
          <w:jc w:val="center"/>
        </w:trPr>
        <w:tc>
          <w:tcPr>
            <w:tcW w:w="397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2E8397" w14:textId="77777777" w:rsidR="005C435C" w:rsidRDefault="008B28C2">
            <w:pPr>
              <w:spacing w:after="0"/>
              <w:jc w:val="center"/>
            </w:pPr>
            <w:r>
              <w:rPr>
                <w:color w:val="000000"/>
                <w:sz w:val="16"/>
              </w:rPr>
              <w:t>3</w:t>
            </w:r>
          </w:p>
        </w:tc>
        <w:tc>
          <w:tcPr>
            <w:tcW w:w="189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7AF059" w14:textId="77777777" w:rsidR="005C435C" w:rsidRDefault="005C435C">
            <w:pPr>
              <w:spacing w:after="0"/>
            </w:pPr>
          </w:p>
        </w:tc>
        <w:tc>
          <w:tcPr>
            <w:tcW w:w="133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6384E2" w14:textId="77777777" w:rsidR="005C435C" w:rsidRDefault="005C435C">
            <w:pPr>
              <w:spacing w:after="0"/>
              <w:jc w:val="center"/>
            </w:pPr>
          </w:p>
        </w:tc>
        <w:tc>
          <w:tcPr>
            <w:tcW w:w="87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EDCA5C" w14:textId="77777777" w:rsidR="005C435C" w:rsidRDefault="005C435C">
            <w:pPr>
              <w:spacing w:after="0"/>
              <w:jc w:val="center"/>
            </w:pPr>
          </w:p>
        </w:tc>
        <w:tc>
          <w:tcPr>
            <w:tcW w:w="263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7919B8" w14:textId="77777777" w:rsidR="005C435C" w:rsidRDefault="005C435C">
            <w:pPr>
              <w:spacing w:after="0"/>
            </w:pPr>
          </w:p>
        </w:tc>
        <w:tc>
          <w:tcPr>
            <w:tcW w:w="201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DC69B5" w14:textId="77777777" w:rsidR="005C435C" w:rsidRDefault="005C435C">
            <w:pPr>
              <w:spacing w:after="0"/>
            </w:pPr>
          </w:p>
        </w:tc>
      </w:tr>
      <w:tr w:rsidR="005C435C" w14:paraId="62DBBC2D" w14:textId="77777777">
        <w:trPr>
          <w:trHeight w:val="760"/>
          <w:jc w:val="center"/>
        </w:trPr>
        <w:tc>
          <w:tcPr>
            <w:tcW w:w="397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413544" w14:textId="77777777" w:rsidR="005C435C" w:rsidRDefault="008B28C2">
            <w:pPr>
              <w:spacing w:after="0"/>
              <w:jc w:val="center"/>
            </w:pPr>
            <w:r>
              <w:rPr>
                <w:color w:val="000000"/>
                <w:sz w:val="16"/>
              </w:rPr>
              <w:t>4</w:t>
            </w:r>
          </w:p>
        </w:tc>
        <w:tc>
          <w:tcPr>
            <w:tcW w:w="189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A53B23" w14:textId="77777777" w:rsidR="005C435C" w:rsidRDefault="005C435C">
            <w:pPr>
              <w:spacing w:after="0"/>
            </w:pPr>
          </w:p>
        </w:tc>
        <w:tc>
          <w:tcPr>
            <w:tcW w:w="133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DA617E" w14:textId="77777777" w:rsidR="005C435C" w:rsidRDefault="005C435C">
            <w:pPr>
              <w:spacing w:after="0"/>
              <w:jc w:val="center"/>
            </w:pPr>
          </w:p>
        </w:tc>
        <w:tc>
          <w:tcPr>
            <w:tcW w:w="87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DAE5F5" w14:textId="77777777" w:rsidR="005C435C" w:rsidRDefault="005C435C">
            <w:pPr>
              <w:spacing w:after="0"/>
              <w:jc w:val="center"/>
            </w:pPr>
          </w:p>
        </w:tc>
        <w:tc>
          <w:tcPr>
            <w:tcW w:w="263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B4B0E9" w14:textId="77777777" w:rsidR="005C435C" w:rsidRDefault="005C435C">
            <w:pPr>
              <w:spacing w:after="0"/>
            </w:pPr>
          </w:p>
        </w:tc>
        <w:tc>
          <w:tcPr>
            <w:tcW w:w="201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F3AA5F" w14:textId="77777777" w:rsidR="005C435C" w:rsidRDefault="005C435C">
            <w:pPr>
              <w:spacing w:after="0"/>
            </w:pPr>
          </w:p>
        </w:tc>
      </w:tr>
      <w:tr w:rsidR="005C435C" w14:paraId="25B6B7B4" w14:textId="77777777">
        <w:trPr>
          <w:trHeight w:val="760"/>
          <w:jc w:val="center"/>
        </w:trPr>
        <w:tc>
          <w:tcPr>
            <w:tcW w:w="397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CEF6FF" w14:textId="77777777" w:rsidR="005C435C" w:rsidRDefault="008B28C2">
            <w:pPr>
              <w:spacing w:after="0"/>
              <w:jc w:val="center"/>
            </w:pPr>
            <w:r>
              <w:rPr>
                <w:color w:val="000000"/>
                <w:sz w:val="16"/>
              </w:rPr>
              <w:t>5</w:t>
            </w:r>
          </w:p>
        </w:tc>
        <w:tc>
          <w:tcPr>
            <w:tcW w:w="189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E656A5" w14:textId="77777777" w:rsidR="005C435C" w:rsidRDefault="005C435C">
            <w:pPr>
              <w:spacing w:after="0"/>
            </w:pPr>
          </w:p>
        </w:tc>
        <w:tc>
          <w:tcPr>
            <w:tcW w:w="133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96F91E" w14:textId="77777777" w:rsidR="005C435C" w:rsidRDefault="005C435C">
            <w:pPr>
              <w:spacing w:after="0"/>
              <w:jc w:val="center"/>
            </w:pPr>
          </w:p>
        </w:tc>
        <w:tc>
          <w:tcPr>
            <w:tcW w:w="87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DFD36F" w14:textId="77777777" w:rsidR="005C435C" w:rsidRDefault="005C435C">
            <w:pPr>
              <w:spacing w:after="0"/>
              <w:jc w:val="center"/>
            </w:pPr>
          </w:p>
        </w:tc>
        <w:tc>
          <w:tcPr>
            <w:tcW w:w="263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BF1380" w14:textId="77777777" w:rsidR="005C435C" w:rsidRDefault="005C435C">
            <w:pPr>
              <w:spacing w:after="0"/>
            </w:pPr>
          </w:p>
        </w:tc>
        <w:tc>
          <w:tcPr>
            <w:tcW w:w="201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5C0EF5" w14:textId="77777777" w:rsidR="005C435C" w:rsidRDefault="005C435C">
            <w:pPr>
              <w:spacing w:after="0"/>
            </w:pPr>
          </w:p>
        </w:tc>
      </w:tr>
    </w:tbl>
    <w:p w14:paraId="6DB2410A" w14:textId="77777777" w:rsidR="005C435C" w:rsidRDefault="008B28C2">
      <w:pPr>
        <w:spacing w:before="100"/>
      </w:pPr>
      <w:r>
        <w:rPr>
          <w:b/>
        </w:rPr>
        <w:t>Łączny okres doświadczenia D2: ............... lat ............... miesięcy.   Liczba punktów (wypełnia Komisja): ............... / 10 pkt</w:t>
      </w:r>
    </w:p>
    <w:p w14:paraId="6A7615DD" w14:textId="77777777" w:rsidR="005C435C" w:rsidRDefault="008B28C2">
      <w:pPr>
        <w:spacing w:before="100"/>
      </w:pPr>
      <w:r>
        <w:rPr>
          <w:b/>
          <w:color w:val="6F8F3D"/>
          <w:sz w:val="22"/>
        </w:rPr>
        <w:t>III. Zasady wykazywania doświadczenia</w:t>
      </w:r>
    </w:p>
    <w:p w14:paraId="4F31BB97" w14:textId="77777777" w:rsidR="005C435C" w:rsidRDefault="008B28C2">
      <w:pPr>
        <w:spacing w:after="40"/>
        <w:ind w:left="312" w:hanging="312"/>
      </w:pPr>
      <w:r>
        <w:rPr>
          <w:b/>
          <w:color w:val="6F8F3D"/>
        </w:rPr>
        <w:t xml:space="preserve">1. </w:t>
      </w:r>
      <w:r>
        <w:t>Do każdego wykazanego okresu należy dołączyć dokument potwierdzający podmiot, okres oraz rodzaj wykonywanych świadczeń lub czynności.</w:t>
      </w:r>
    </w:p>
    <w:p w14:paraId="41F676CF" w14:textId="77777777" w:rsidR="005C435C" w:rsidRDefault="008B28C2">
      <w:pPr>
        <w:spacing w:after="40"/>
        <w:ind w:left="312" w:hanging="312"/>
      </w:pPr>
      <w:r>
        <w:rPr>
          <w:b/>
          <w:color w:val="6F8F3D"/>
        </w:rPr>
        <w:t xml:space="preserve">2. </w:t>
      </w:r>
      <w:r>
        <w:t>Dokument dotyczący doświadczenia D2 musi potwierdzać faktyczne wykonywanie czynności koordynacyjnych, organizacyjnych albo nadzorczych.</w:t>
      </w:r>
    </w:p>
    <w:p w14:paraId="2738ACB5" w14:textId="77777777" w:rsidR="005C435C" w:rsidRDefault="008B28C2">
      <w:pPr>
        <w:spacing w:after="40"/>
        <w:ind w:left="312" w:hanging="312"/>
      </w:pPr>
      <w:r>
        <w:rPr>
          <w:b/>
          <w:color w:val="6F8F3D"/>
        </w:rPr>
        <w:t xml:space="preserve">3. </w:t>
      </w:r>
      <w:r>
        <w:t>Okresy przypadające w tym samym czasie nie podlegają sumowaniu w ramach tego samego podkryterium. Ten sam okres może zostać wykazany w D1 i D2, jeżeli Oferent równocześnie wykonywał oba rodzaje czynności i zostało to należycie udokumentowane.</w:t>
      </w:r>
    </w:p>
    <w:p w14:paraId="4446567F" w14:textId="77777777" w:rsidR="005C435C" w:rsidRDefault="008B28C2">
      <w:pPr>
        <w:spacing w:after="40"/>
        <w:ind w:left="312" w:hanging="312"/>
      </w:pPr>
      <w:r>
        <w:rPr>
          <w:b/>
          <w:color w:val="6F8F3D"/>
        </w:rPr>
        <w:t xml:space="preserve">4. </w:t>
      </w:r>
      <w:r>
        <w:t>Doświadczenie oblicza się w pełnych miesiącach. Za miesiąc przyjmuje się 30 dni. Niepełne okresy sumuje się i przelicza na pełne miesiące.</w:t>
      </w:r>
    </w:p>
    <w:p w14:paraId="59712F8F" w14:textId="77777777" w:rsidR="005C435C" w:rsidRDefault="008B28C2">
      <w:pPr>
        <w:spacing w:after="40"/>
        <w:ind w:left="312" w:hanging="312"/>
      </w:pPr>
      <w:r>
        <w:rPr>
          <w:b/>
          <w:color w:val="6F8F3D"/>
        </w:rPr>
        <w:t xml:space="preserve">5. </w:t>
      </w:r>
      <w:r>
        <w:t>Uzupełnienie dokumentów może potwierdzać wyłącznie doświadczenie wskazane przed upływem terminu składania ofert. Nie może prowadzić do wykazania nowego okresu ani zwiększenia okresu pierwotnie zadeklarowanego.</w:t>
      </w:r>
    </w:p>
    <w:p w14:paraId="663A7097" w14:textId="77777777" w:rsidR="005C435C" w:rsidRDefault="008B28C2">
      <w:pPr>
        <w:spacing w:after="40"/>
        <w:ind w:left="312" w:hanging="312"/>
      </w:pPr>
      <w:r>
        <w:rPr>
          <w:b/>
          <w:color w:val="6F8F3D"/>
        </w:rPr>
        <w:t xml:space="preserve">6. </w:t>
      </w:r>
      <w:r>
        <w:t>Jeżeli liczba pozycji jest niewystarczająca, należy dołączyć kolejną stronę sporządzoną według układu właściwej tabeli i podpisać ją.</w:t>
      </w:r>
    </w:p>
    <w:p w14:paraId="6AFE436B" w14:textId="77777777" w:rsidR="005C435C" w:rsidRDefault="008B28C2">
      <w:pPr>
        <w:spacing w:before="100"/>
      </w:pPr>
      <w:r>
        <w:rPr>
          <w:b/>
          <w:color w:val="6F8F3D"/>
          <w:sz w:val="22"/>
        </w:rPr>
        <w:t>IV. Oświadczenie Oferenta</w:t>
      </w:r>
    </w:p>
    <w:p w14:paraId="376D55A9" w14:textId="77777777" w:rsidR="005C435C" w:rsidRDefault="008B28C2">
      <w:r>
        <w:t>Oświadczam, że informacje podane w wykazie są prawdziwe, aktualne i zgodne z załączonymi dokumentami, a wskazane świadczenia i czynności wykonywałem/wykonywałam osobiście w podanych okresach.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5C435C" w14:paraId="279867F0" w14:textId="77777777">
        <w:trPr>
          <w:jc w:val="center"/>
        </w:trPr>
        <w:tc>
          <w:tcPr>
            <w:tcW w:w="481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7BFC8C" w14:textId="77777777" w:rsidR="005C435C" w:rsidRDefault="008B28C2">
            <w:pPr>
              <w:spacing w:after="0"/>
              <w:jc w:val="center"/>
            </w:pPr>
            <w:r>
              <w:rPr>
                <w:color w:val="000000"/>
                <w:sz w:val="17"/>
              </w:rPr>
              <w:t>........................................................</w:t>
            </w:r>
            <w:r>
              <w:rPr>
                <w:color w:val="000000"/>
                <w:sz w:val="17"/>
              </w:rPr>
              <w:br/>
              <w:t>(miejscowość i data)</w:t>
            </w:r>
          </w:p>
        </w:tc>
        <w:tc>
          <w:tcPr>
            <w:tcW w:w="481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9483FD" w14:textId="77777777" w:rsidR="005C435C" w:rsidRDefault="008B28C2">
            <w:pPr>
              <w:spacing w:after="0"/>
              <w:jc w:val="center"/>
            </w:pPr>
            <w:r>
              <w:rPr>
                <w:color w:val="000000"/>
                <w:sz w:val="17"/>
              </w:rPr>
              <w:t>........................................................</w:t>
            </w:r>
            <w:r>
              <w:rPr>
                <w:color w:val="000000"/>
                <w:sz w:val="17"/>
              </w:rPr>
              <w:br/>
              <w:t>(czytelny podpis Oferenta / osoby uprawnionej)</w:t>
            </w:r>
          </w:p>
        </w:tc>
      </w:tr>
    </w:tbl>
    <w:p w14:paraId="1CD832AA" w14:textId="77777777" w:rsidR="008B28C2" w:rsidRDefault="008B28C2"/>
    <w:sectPr w:rsidR="008B28C2" w:rsidSect="00034616">
      <w:headerReference w:type="default" r:id="rId8"/>
      <w:footerReference w:type="default" r:id="rId9"/>
      <w:pgSz w:w="11906" w:h="16838"/>
      <w:pgMar w:top="907" w:right="1134" w:bottom="850" w:left="113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425E5" w14:textId="77777777" w:rsidR="008B28C2" w:rsidRDefault="008B28C2">
      <w:pPr>
        <w:spacing w:after="0" w:line="240" w:lineRule="auto"/>
      </w:pPr>
      <w:r>
        <w:separator/>
      </w:r>
    </w:p>
  </w:endnote>
  <w:endnote w:type="continuationSeparator" w:id="0">
    <w:p w14:paraId="5C6F60FD" w14:textId="77777777" w:rsidR="008B28C2" w:rsidRDefault="008B2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39AD4" w14:textId="77777777" w:rsidR="005C435C" w:rsidRDefault="008B28C2">
    <w:pPr>
      <w:pStyle w:val="Stopka"/>
      <w:jc w:val="center"/>
    </w:pPr>
    <w:proofErr w:type="spellStart"/>
    <w:r>
      <w:rPr>
        <w:color w:val="646464"/>
        <w:sz w:val="15"/>
      </w:rPr>
      <w:t>Zespół</w:t>
    </w:r>
    <w:proofErr w:type="spellEnd"/>
    <w:r>
      <w:rPr>
        <w:color w:val="646464"/>
        <w:sz w:val="15"/>
      </w:rPr>
      <w:t xml:space="preserve"> </w:t>
    </w:r>
    <w:proofErr w:type="spellStart"/>
    <w:r>
      <w:rPr>
        <w:color w:val="646464"/>
        <w:sz w:val="15"/>
      </w:rPr>
      <w:t>Opieki</w:t>
    </w:r>
    <w:proofErr w:type="spellEnd"/>
    <w:r>
      <w:rPr>
        <w:color w:val="646464"/>
        <w:sz w:val="15"/>
      </w:rPr>
      <w:t xml:space="preserve"> </w:t>
    </w:r>
    <w:proofErr w:type="spellStart"/>
    <w:r>
      <w:rPr>
        <w:color w:val="646464"/>
        <w:sz w:val="15"/>
      </w:rPr>
      <w:t>Zdrowotnej</w:t>
    </w:r>
    <w:proofErr w:type="spellEnd"/>
    <w:r>
      <w:rPr>
        <w:color w:val="646464"/>
        <w:sz w:val="15"/>
      </w:rPr>
      <w:t xml:space="preserve"> w </w:t>
    </w:r>
    <w:proofErr w:type="spellStart"/>
    <w:proofErr w:type="gramStart"/>
    <w:r>
      <w:rPr>
        <w:color w:val="646464"/>
        <w:sz w:val="15"/>
      </w:rPr>
      <w:t>Nidzicy</w:t>
    </w:r>
    <w:proofErr w:type="spellEnd"/>
    <w:r>
      <w:rPr>
        <w:color w:val="646464"/>
        <w:sz w:val="15"/>
      </w:rPr>
      <w:t xml:space="preserve">  •</w:t>
    </w:r>
    <w:proofErr w:type="gramEnd"/>
    <w:r>
      <w:rPr>
        <w:color w:val="646464"/>
        <w:sz w:val="15"/>
      </w:rPr>
      <w:t xml:space="preserve">  6/F/</w:t>
    </w:r>
    <w:proofErr w:type="gramStart"/>
    <w:r>
      <w:rPr>
        <w:color w:val="646464"/>
        <w:sz w:val="15"/>
      </w:rPr>
      <w:t>2026  •</w:t>
    </w:r>
    <w:proofErr w:type="gramEnd"/>
    <w:r>
      <w:rPr>
        <w:color w:val="646464"/>
        <w:sz w:val="15"/>
      </w:rPr>
      <w:t xml:space="preserve">  </w:t>
    </w:r>
    <w:proofErr w:type="spellStart"/>
    <w:r>
      <w:rPr>
        <w:color w:val="646464"/>
        <w:sz w:val="15"/>
      </w:rPr>
      <w:t>strona</w:t>
    </w:r>
    <w:proofErr w:type="spellEnd"/>
    <w:r>
      <w:rPr>
        <w:color w:val="646464"/>
        <w:sz w:val="15"/>
      </w:rPr>
      <w:t xml:space="preserve"> </w:t>
    </w:r>
    <w:r>
      <w:fldChar w:fldCharType="begin"/>
    </w:r>
    <w:r>
      <w:instrText>PAGE</w:instrText>
    </w:r>
    <w:r>
      <w:fldChar w:fldCharType="separate"/>
    </w:r>
    <w:r w:rsidR="005217D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AB317" w14:textId="77777777" w:rsidR="008B28C2" w:rsidRDefault="008B28C2">
      <w:pPr>
        <w:spacing w:after="0" w:line="240" w:lineRule="auto"/>
      </w:pPr>
      <w:r>
        <w:separator/>
      </w:r>
    </w:p>
  </w:footnote>
  <w:footnote w:type="continuationSeparator" w:id="0">
    <w:p w14:paraId="1144FA76" w14:textId="77777777" w:rsidR="008B28C2" w:rsidRDefault="008B2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D8AE" w14:textId="77777777" w:rsidR="005C435C" w:rsidRDefault="008B28C2">
    <w:pPr>
      <w:pStyle w:val="Nagwek"/>
      <w:jc w:val="right"/>
    </w:pPr>
    <w:proofErr w:type="spellStart"/>
    <w:r>
      <w:rPr>
        <w:color w:val="646464"/>
        <w:sz w:val="16"/>
      </w:rPr>
      <w:t>Załącznik</w:t>
    </w:r>
    <w:proofErr w:type="spellEnd"/>
    <w:r>
      <w:rPr>
        <w:color w:val="646464"/>
        <w:sz w:val="16"/>
      </w:rPr>
      <w:t xml:space="preserve"> nr 3 do </w:t>
    </w:r>
    <w:proofErr w:type="gramStart"/>
    <w:r>
      <w:rPr>
        <w:color w:val="646464"/>
        <w:sz w:val="16"/>
      </w:rPr>
      <w:t>SWKO  |</w:t>
    </w:r>
    <w:proofErr w:type="gramEnd"/>
    <w:r>
      <w:rPr>
        <w:color w:val="646464"/>
        <w:sz w:val="16"/>
      </w:rPr>
      <w:t xml:space="preserve">  </w:t>
    </w:r>
    <w:proofErr w:type="spellStart"/>
    <w:r>
      <w:rPr>
        <w:color w:val="646464"/>
        <w:sz w:val="16"/>
      </w:rPr>
      <w:t>znak</w:t>
    </w:r>
    <w:proofErr w:type="spellEnd"/>
    <w:r>
      <w:rPr>
        <w:color w:val="646464"/>
        <w:sz w:val="16"/>
      </w:rPr>
      <w:t xml:space="preserve"> sprawy: 6/F/2026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7498970">
    <w:abstractNumId w:val="8"/>
  </w:num>
  <w:num w:numId="2" w16cid:durableId="1750034117">
    <w:abstractNumId w:val="6"/>
  </w:num>
  <w:num w:numId="3" w16cid:durableId="1771851154">
    <w:abstractNumId w:val="5"/>
  </w:num>
  <w:num w:numId="4" w16cid:durableId="1472362457">
    <w:abstractNumId w:val="4"/>
  </w:num>
  <w:num w:numId="5" w16cid:durableId="1597133767">
    <w:abstractNumId w:val="7"/>
  </w:num>
  <w:num w:numId="6" w16cid:durableId="1741489034">
    <w:abstractNumId w:val="3"/>
  </w:num>
  <w:num w:numId="7" w16cid:durableId="1704212658">
    <w:abstractNumId w:val="2"/>
  </w:num>
  <w:num w:numId="8" w16cid:durableId="357391937">
    <w:abstractNumId w:val="1"/>
  </w:num>
  <w:num w:numId="9" w16cid:durableId="1524394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17D3"/>
    <w:rsid w:val="005C435C"/>
    <w:rsid w:val="008B28C2"/>
    <w:rsid w:val="00AA1D8D"/>
    <w:rsid w:val="00B47730"/>
    <w:rsid w:val="00BC314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4B60CA"/>
  <w14:defaultImageDpi w14:val="300"/>
  <w15:docId w15:val="{BCC20B8C-914B-4BDA-9E6E-37693844F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5" w:lineRule="auto"/>
    </w:pPr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2842</Characters>
  <Application>Microsoft Office Word</Application>
  <DocSecurity>0</DocSecurity>
  <Lines>54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Lucyna Brejnak</cp:lastModifiedBy>
  <cp:revision>2</cp:revision>
  <dcterms:created xsi:type="dcterms:W3CDTF">2026-09-22T11:40:00Z</dcterms:created>
  <dcterms:modified xsi:type="dcterms:W3CDTF">2026-09-22T11:40:00Z</dcterms:modified>
  <cp:category/>
</cp:coreProperties>
</file>